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C8738" w14:textId="5E6C3660" w:rsidR="007A055C" w:rsidRDefault="00B42F59" w:rsidP="007A055C">
      <w:pPr>
        <w:spacing w:after="0" w:line="360" w:lineRule="auto"/>
        <w:jc w:val="center"/>
        <w:rPr>
          <w:b/>
          <w:bCs/>
          <w:szCs w:val="28"/>
        </w:rPr>
      </w:pPr>
      <w:proofErr w:type="spellStart"/>
      <w:r>
        <w:rPr>
          <w:b/>
          <w:bCs/>
          <w:szCs w:val="28"/>
        </w:rPr>
        <w:t>S</w:t>
      </w:r>
      <w:r w:rsidRPr="00B42F59">
        <w:rPr>
          <w:b/>
          <w:bCs/>
          <w:szCs w:val="28"/>
        </w:rPr>
        <w:t>un’iy</w:t>
      </w:r>
      <w:proofErr w:type="spellEnd"/>
      <w:r w:rsidRPr="00B42F59">
        <w:rPr>
          <w:b/>
          <w:bCs/>
          <w:szCs w:val="28"/>
        </w:rPr>
        <w:t xml:space="preserve"> </w:t>
      </w:r>
      <w:proofErr w:type="spellStart"/>
      <w:r w:rsidRPr="00B42F59">
        <w:rPr>
          <w:b/>
          <w:bCs/>
          <w:szCs w:val="28"/>
        </w:rPr>
        <w:t>intellektni</w:t>
      </w:r>
      <w:proofErr w:type="spellEnd"/>
      <w:r w:rsidRPr="00B42F59">
        <w:rPr>
          <w:b/>
          <w:bCs/>
          <w:szCs w:val="28"/>
        </w:rPr>
        <w:t xml:space="preserve"> </w:t>
      </w:r>
      <w:proofErr w:type="spellStart"/>
      <w:r w:rsidRPr="00B42F59">
        <w:rPr>
          <w:b/>
          <w:bCs/>
          <w:szCs w:val="28"/>
        </w:rPr>
        <w:t>sud</w:t>
      </w:r>
      <w:proofErr w:type="spellEnd"/>
      <w:r w:rsidRPr="00B42F59">
        <w:rPr>
          <w:b/>
          <w:bCs/>
          <w:szCs w:val="28"/>
        </w:rPr>
        <w:t xml:space="preserve"> </w:t>
      </w:r>
      <w:proofErr w:type="spellStart"/>
      <w:r w:rsidRPr="00B42F59">
        <w:rPr>
          <w:b/>
          <w:bCs/>
          <w:szCs w:val="28"/>
        </w:rPr>
        <w:t>tizimiga</w:t>
      </w:r>
      <w:proofErr w:type="spellEnd"/>
      <w:r w:rsidRPr="00B42F59">
        <w:rPr>
          <w:b/>
          <w:bCs/>
          <w:szCs w:val="28"/>
        </w:rPr>
        <w:t xml:space="preserve"> </w:t>
      </w:r>
      <w:proofErr w:type="spellStart"/>
      <w:r w:rsidRPr="00B42F59">
        <w:rPr>
          <w:b/>
          <w:bCs/>
          <w:szCs w:val="28"/>
        </w:rPr>
        <w:t>joriy</w:t>
      </w:r>
      <w:proofErr w:type="spellEnd"/>
      <w:r w:rsidRPr="00B42F59">
        <w:rPr>
          <w:b/>
          <w:bCs/>
          <w:szCs w:val="28"/>
        </w:rPr>
        <w:t xml:space="preserve"> </w:t>
      </w:r>
      <w:proofErr w:type="spellStart"/>
      <w:r w:rsidRPr="00B42F59">
        <w:rPr>
          <w:b/>
          <w:bCs/>
          <w:szCs w:val="28"/>
        </w:rPr>
        <w:t>etish</w:t>
      </w:r>
      <w:proofErr w:type="spellEnd"/>
      <w:r w:rsidRPr="00B42F59">
        <w:rPr>
          <w:b/>
          <w:bCs/>
          <w:szCs w:val="28"/>
        </w:rPr>
        <w:t xml:space="preserve">: </w:t>
      </w:r>
      <w:proofErr w:type="spellStart"/>
      <w:r w:rsidRPr="00B42F59">
        <w:rPr>
          <w:b/>
          <w:bCs/>
          <w:szCs w:val="28"/>
        </w:rPr>
        <w:t>milliy</w:t>
      </w:r>
      <w:proofErr w:type="spellEnd"/>
      <w:r w:rsidRPr="00B42F59">
        <w:rPr>
          <w:b/>
          <w:bCs/>
          <w:szCs w:val="28"/>
        </w:rPr>
        <w:t xml:space="preserve"> model </w:t>
      </w:r>
      <w:proofErr w:type="spellStart"/>
      <w:r w:rsidRPr="00B42F59">
        <w:rPr>
          <w:b/>
          <w:bCs/>
          <w:szCs w:val="28"/>
        </w:rPr>
        <w:t>va</w:t>
      </w:r>
      <w:proofErr w:type="spellEnd"/>
      <w:r w:rsidRPr="00B42F59">
        <w:rPr>
          <w:b/>
          <w:bCs/>
          <w:szCs w:val="28"/>
        </w:rPr>
        <w:t xml:space="preserve"> </w:t>
      </w:r>
      <w:proofErr w:type="spellStart"/>
      <w:r w:rsidRPr="00B42F59">
        <w:rPr>
          <w:b/>
          <w:bCs/>
          <w:szCs w:val="28"/>
        </w:rPr>
        <w:t>huquqiy</w:t>
      </w:r>
      <w:proofErr w:type="spellEnd"/>
      <w:r w:rsidRPr="00B42F59">
        <w:rPr>
          <w:b/>
          <w:bCs/>
          <w:szCs w:val="28"/>
        </w:rPr>
        <w:t xml:space="preserve"> </w:t>
      </w:r>
      <w:proofErr w:type="spellStart"/>
      <w:r w:rsidRPr="00B42F59">
        <w:rPr>
          <w:b/>
          <w:bCs/>
          <w:szCs w:val="28"/>
        </w:rPr>
        <w:t>tartibga</w:t>
      </w:r>
      <w:proofErr w:type="spellEnd"/>
      <w:r w:rsidRPr="00B42F59">
        <w:rPr>
          <w:b/>
          <w:bCs/>
          <w:szCs w:val="28"/>
        </w:rPr>
        <w:t xml:space="preserve"> </w:t>
      </w:r>
      <w:proofErr w:type="spellStart"/>
      <w:r w:rsidRPr="00B42F59">
        <w:rPr>
          <w:b/>
          <w:bCs/>
          <w:szCs w:val="28"/>
        </w:rPr>
        <w:t>solish</w:t>
      </w:r>
      <w:proofErr w:type="spellEnd"/>
      <w:r w:rsidRPr="00B42F59">
        <w:rPr>
          <w:b/>
          <w:bCs/>
          <w:szCs w:val="28"/>
        </w:rPr>
        <w:t xml:space="preserve"> </w:t>
      </w:r>
      <w:proofErr w:type="spellStart"/>
      <w:r w:rsidRPr="00B42F59">
        <w:rPr>
          <w:b/>
          <w:bCs/>
          <w:szCs w:val="28"/>
        </w:rPr>
        <w:t>muammolari</w:t>
      </w:r>
      <w:proofErr w:type="spellEnd"/>
    </w:p>
    <w:p w14:paraId="50E8E338" w14:textId="77777777" w:rsidR="007A055C" w:rsidRDefault="007A055C" w:rsidP="007A055C">
      <w:pPr>
        <w:spacing w:after="0" w:line="360" w:lineRule="auto"/>
        <w:jc w:val="center"/>
        <w:rPr>
          <w:b/>
          <w:bCs/>
          <w:szCs w:val="28"/>
        </w:rPr>
      </w:pPr>
    </w:p>
    <w:p w14:paraId="77FF6110" w14:textId="77777777" w:rsidR="00B42F59" w:rsidRDefault="00B42F59" w:rsidP="00B42F59">
      <w:pPr>
        <w:spacing w:after="0" w:line="360" w:lineRule="auto"/>
        <w:jc w:val="right"/>
        <w:rPr>
          <w:szCs w:val="28"/>
        </w:rPr>
      </w:pPr>
      <w:proofErr w:type="spellStart"/>
      <w:r w:rsidRPr="00B42F59">
        <w:rPr>
          <w:szCs w:val="28"/>
        </w:rPr>
        <w:t>Toshmuxammadov</w:t>
      </w:r>
      <w:proofErr w:type="spellEnd"/>
      <w:r w:rsidRPr="00B42F59">
        <w:rPr>
          <w:szCs w:val="28"/>
        </w:rPr>
        <w:t xml:space="preserve"> </w:t>
      </w:r>
      <w:proofErr w:type="spellStart"/>
      <w:r w:rsidRPr="00B42F59">
        <w:rPr>
          <w:szCs w:val="28"/>
        </w:rPr>
        <w:t>Bunyod</w:t>
      </w:r>
      <w:proofErr w:type="spellEnd"/>
      <w:r w:rsidRPr="00B42F59">
        <w:rPr>
          <w:szCs w:val="28"/>
        </w:rPr>
        <w:t xml:space="preserve"> Orif </w:t>
      </w:r>
      <w:proofErr w:type="spellStart"/>
      <w:r w:rsidRPr="00B42F59">
        <w:rPr>
          <w:szCs w:val="28"/>
        </w:rPr>
        <w:t>o’g’li</w:t>
      </w:r>
      <w:proofErr w:type="spellEnd"/>
      <w:r w:rsidRPr="00B42F59">
        <w:rPr>
          <w:szCs w:val="28"/>
        </w:rPr>
        <w:t xml:space="preserve"> </w:t>
      </w:r>
    </w:p>
    <w:p w14:paraId="28469638" w14:textId="77777777" w:rsidR="00B42F59" w:rsidRDefault="00B42F59" w:rsidP="00B42F59">
      <w:pPr>
        <w:spacing w:after="0" w:line="360" w:lineRule="auto"/>
        <w:jc w:val="right"/>
        <w:rPr>
          <w:szCs w:val="28"/>
        </w:rPr>
      </w:pPr>
      <w:proofErr w:type="spellStart"/>
      <w:r w:rsidRPr="00B42F59">
        <w:rPr>
          <w:szCs w:val="28"/>
        </w:rPr>
        <w:t>Huquqni</w:t>
      </w:r>
      <w:proofErr w:type="spellEnd"/>
      <w:r w:rsidRPr="00B42F59">
        <w:rPr>
          <w:szCs w:val="28"/>
        </w:rPr>
        <w:t xml:space="preserve"> </w:t>
      </w:r>
      <w:proofErr w:type="spellStart"/>
      <w:r w:rsidRPr="00B42F59">
        <w:rPr>
          <w:szCs w:val="28"/>
        </w:rPr>
        <w:t>muhofaza</w:t>
      </w:r>
      <w:proofErr w:type="spellEnd"/>
      <w:r w:rsidRPr="00B42F59">
        <w:rPr>
          <w:szCs w:val="28"/>
        </w:rPr>
        <w:t xml:space="preserve"> </w:t>
      </w:r>
      <w:proofErr w:type="spellStart"/>
      <w:r w:rsidRPr="00B42F59">
        <w:rPr>
          <w:szCs w:val="28"/>
        </w:rPr>
        <w:t>qilish</w:t>
      </w:r>
      <w:proofErr w:type="spellEnd"/>
      <w:r w:rsidRPr="00B42F59">
        <w:rPr>
          <w:szCs w:val="28"/>
        </w:rPr>
        <w:t xml:space="preserve"> </w:t>
      </w:r>
      <w:proofErr w:type="spellStart"/>
      <w:r w:rsidRPr="00B42F59">
        <w:rPr>
          <w:szCs w:val="28"/>
        </w:rPr>
        <w:t>akademiyasi</w:t>
      </w:r>
      <w:proofErr w:type="spellEnd"/>
      <w:r w:rsidRPr="00B42F59">
        <w:rPr>
          <w:szCs w:val="28"/>
        </w:rPr>
        <w:t xml:space="preserve"> </w:t>
      </w:r>
    </w:p>
    <w:p w14:paraId="39F084E2" w14:textId="77777777" w:rsidR="00B42F59" w:rsidRDefault="00B42F59" w:rsidP="00B42F59">
      <w:pPr>
        <w:spacing w:after="0" w:line="360" w:lineRule="auto"/>
        <w:jc w:val="right"/>
        <w:rPr>
          <w:szCs w:val="28"/>
        </w:rPr>
      </w:pPr>
      <w:r>
        <w:rPr>
          <w:szCs w:val="28"/>
        </w:rPr>
        <w:t>“</w:t>
      </w:r>
      <w:proofErr w:type="spellStart"/>
      <w:r w:rsidRPr="00B42F59">
        <w:rPr>
          <w:szCs w:val="28"/>
        </w:rPr>
        <w:t>Kiberxavfsizlikni</w:t>
      </w:r>
      <w:proofErr w:type="spellEnd"/>
      <w:r w:rsidRPr="00B42F59">
        <w:rPr>
          <w:szCs w:val="28"/>
        </w:rPr>
        <w:t xml:space="preserve"> </w:t>
      </w:r>
      <w:proofErr w:type="spellStart"/>
      <w:r w:rsidRPr="00B42F59">
        <w:rPr>
          <w:szCs w:val="28"/>
        </w:rPr>
        <w:t>huquqiy</w:t>
      </w:r>
      <w:proofErr w:type="spellEnd"/>
      <w:r w:rsidRPr="00B42F59">
        <w:rPr>
          <w:szCs w:val="28"/>
        </w:rPr>
        <w:t xml:space="preserve"> </w:t>
      </w:r>
      <w:proofErr w:type="spellStart"/>
      <w:r w:rsidRPr="00B42F59">
        <w:rPr>
          <w:szCs w:val="28"/>
        </w:rPr>
        <w:t>ta’minlash</w:t>
      </w:r>
      <w:proofErr w:type="spellEnd"/>
      <w:r>
        <w:rPr>
          <w:szCs w:val="28"/>
        </w:rPr>
        <w:t xml:space="preserve">” </w:t>
      </w:r>
      <w:proofErr w:type="spellStart"/>
      <w:r>
        <w:rPr>
          <w:szCs w:val="28"/>
        </w:rPr>
        <w:t>fakulteti</w:t>
      </w:r>
      <w:proofErr w:type="spellEnd"/>
      <w:r>
        <w:rPr>
          <w:szCs w:val="28"/>
        </w:rPr>
        <w:t xml:space="preserve"> </w:t>
      </w:r>
      <w:proofErr w:type="spellStart"/>
      <w:r>
        <w:rPr>
          <w:szCs w:val="28"/>
        </w:rPr>
        <w:t>magistranti</w:t>
      </w:r>
      <w:proofErr w:type="spellEnd"/>
      <w:r w:rsidRPr="00B42F59">
        <w:rPr>
          <w:szCs w:val="28"/>
        </w:rPr>
        <w:t xml:space="preserve"> </w:t>
      </w:r>
    </w:p>
    <w:p w14:paraId="481ECFC5" w14:textId="1D5BB0DC" w:rsidR="00B42F59" w:rsidRDefault="00B42F59" w:rsidP="00B42F59">
      <w:pPr>
        <w:spacing w:after="0" w:line="360" w:lineRule="auto"/>
        <w:jc w:val="right"/>
        <w:rPr>
          <w:szCs w:val="28"/>
        </w:rPr>
      </w:pPr>
      <w:proofErr w:type="spellStart"/>
      <w:r w:rsidRPr="00B42F59">
        <w:rPr>
          <w:szCs w:val="28"/>
        </w:rPr>
        <w:t>O’zbekiston</w:t>
      </w:r>
      <w:proofErr w:type="spellEnd"/>
      <w:r w:rsidRPr="00B42F59">
        <w:rPr>
          <w:szCs w:val="28"/>
        </w:rPr>
        <w:t xml:space="preserve"> </w:t>
      </w:r>
      <w:proofErr w:type="spellStart"/>
      <w:r w:rsidR="002748A8">
        <w:rPr>
          <w:szCs w:val="28"/>
        </w:rPr>
        <w:t>Respublikasi</w:t>
      </w:r>
      <w:proofErr w:type="spellEnd"/>
      <w:r w:rsidRPr="00B42F59">
        <w:rPr>
          <w:szCs w:val="28"/>
        </w:rPr>
        <w:t xml:space="preserve">, Toshkent </w:t>
      </w:r>
      <w:proofErr w:type="spellStart"/>
      <w:r w:rsidRPr="00B42F59">
        <w:rPr>
          <w:szCs w:val="28"/>
        </w:rPr>
        <w:t>shahri</w:t>
      </w:r>
      <w:proofErr w:type="spellEnd"/>
    </w:p>
    <w:p w14:paraId="607AA737" w14:textId="018ED093" w:rsidR="00B42F59" w:rsidRPr="00B42F59" w:rsidRDefault="00B42F59" w:rsidP="00B42F59">
      <w:pPr>
        <w:spacing w:after="0" w:line="360" w:lineRule="auto"/>
        <w:jc w:val="right"/>
        <w:rPr>
          <w:szCs w:val="28"/>
        </w:rPr>
      </w:pPr>
      <w:r>
        <w:rPr>
          <w:szCs w:val="28"/>
        </w:rPr>
        <w:t>Email: bunyod6ix@gmail.com</w:t>
      </w:r>
    </w:p>
    <w:p w14:paraId="1129CCC2" w14:textId="77777777" w:rsidR="00B42F59" w:rsidRDefault="00B42F59" w:rsidP="00B42F59">
      <w:pPr>
        <w:spacing w:after="0" w:line="360" w:lineRule="auto"/>
        <w:ind w:firstLine="567"/>
        <w:jc w:val="both"/>
        <w:rPr>
          <w:szCs w:val="28"/>
        </w:rPr>
      </w:pPr>
    </w:p>
    <w:p w14:paraId="4021AECE" w14:textId="5B4050C1" w:rsidR="001C37C7" w:rsidRDefault="00B42F59" w:rsidP="00B42F59">
      <w:pPr>
        <w:spacing w:after="0" w:line="360" w:lineRule="auto"/>
        <w:ind w:firstLine="720"/>
        <w:jc w:val="both"/>
        <w:rPr>
          <w:szCs w:val="28"/>
        </w:rPr>
      </w:pPr>
      <w:proofErr w:type="spellStart"/>
      <w:r w:rsidRPr="002748A8">
        <w:rPr>
          <w:b/>
          <w:bCs/>
          <w:szCs w:val="28"/>
        </w:rPr>
        <w:t>A</w:t>
      </w:r>
      <w:r w:rsidR="00000000" w:rsidRPr="002748A8">
        <w:rPr>
          <w:b/>
          <w:bCs/>
          <w:szCs w:val="28"/>
        </w:rPr>
        <w:t>nnotatsiya</w:t>
      </w:r>
      <w:proofErr w:type="spellEnd"/>
      <w:r w:rsidR="00000000" w:rsidRPr="002748A8">
        <w:rPr>
          <w:b/>
          <w:bCs/>
          <w:szCs w:val="28"/>
        </w:rPr>
        <w:t>.</w:t>
      </w:r>
      <w:r w:rsidR="00000000" w:rsidRPr="00B42F59">
        <w:rPr>
          <w:szCs w:val="28"/>
        </w:rPr>
        <w:t xml:space="preserve"> Ushbu tezisda sud tizimiga sun’iy intellektni joriy etishning konseptual va normativ asoslari, milliy modelni shakllantirish mezonlari hamda huquqiy tartibga solishdagi muammolar tahlil qilinadi. Tadqiqotning maqsadi sud jarayonida SI yechimlarining maqbulligini baholash, xavflarni huquqiy mexanizmlar orqali kamaytirish va protsessual kafolatlarni mustahkamlashdir. Metodologiya sifatida qiyosiy-huquqiy, tizimli va riskka asoslangan yondashuv </w:t>
      </w:r>
      <w:proofErr w:type="gramStart"/>
      <w:r w:rsidR="00000000" w:rsidRPr="00B42F59">
        <w:rPr>
          <w:szCs w:val="28"/>
        </w:rPr>
        <w:t>qo‘</w:t>
      </w:r>
      <w:proofErr w:type="gramEnd"/>
      <w:r w:rsidR="00000000" w:rsidRPr="00B42F59">
        <w:rPr>
          <w:szCs w:val="28"/>
        </w:rPr>
        <w:t xml:space="preserve">llanadi. Ilmiy yangilik SI vositalarini sudda </w:t>
      </w:r>
      <w:proofErr w:type="gramStart"/>
      <w:r w:rsidR="00000000" w:rsidRPr="00B42F59">
        <w:rPr>
          <w:szCs w:val="28"/>
        </w:rPr>
        <w:t>qo‘</w:t>
      </w:r>
      <w:proofErr w:type="gramEnd"/>
      <w:r w:rsidR="00000000" w:rsidRPr="00B42F59">
        <w:rPr>
          <w:szCs w:val="28"/>
        </w:rPr>
        <w:t xml:space="preserve">llash uchun vakolat, mas’uliyat va audit talablarini birlashtiruvchi milliy tartibga </w:t>
      </w:r>
      <w:proofErr w:type="spellStart"/>
      <w:r w:rsidR="00000000" w:rsidRPr="00B42F59">
        <w:rPr>
          <w:szCs w:val="28"/>
        </w:rPr>
        <w:t>solish</w:t>
      </w:r>
      <w:proofErr w:type="spellEnd"/>
      <w:r w:rsidR="00000000" w:rsidRPr="00B42F59">
        <w:rPr>
          <w:szCs w:val="28"/>
        </w:rPr>
        <w:t xml:space="preserve"> </w:t>
      </w:r>
      <w:proofErr w:type="spellStart"/>
      <w:r w:rsidR="00000000" w:rsidRPr="00B42F59">
        <w:rPr>
          <w:szCs w:val="28"/>
        </w:rPr>
        <w:t>modelini</w:t>
      </w:r>
      <w:proofErr w:type="spellEnd"/>
      <w:r w:rsidR="00000000" w:rsidRPr="00B42F59">
        <w:rPr>
          <w:szCs w:val="28"/>
        </w:rPr>
        <w:t xml:space="preserve"> </w:t>
      </w:r>
      <w:proofErr w:type="spellStart"/>
      <w:r w:rsidR="00000000" w:rsidRPr="00B42F59">
        <w:rPr>
          <w:szCs w:val="28"/>
        </w:rPr>
        <w:t>asoslashdan</w:t>
      </w:r>
      <w:proofErr w:type="spellEnd"/>
      <w:r w:rsidR="00000000" w:rsidRPr="00B42F59">
        <w:rPr>
          <w:szCs w:val="28"/>
        </w:rPr>
        <w:t xml:space="preserve"> </w:t>
      </w:r>
      <w:proofErr w:type="spellStart"/>
      <w:r w:rsidR="00000000" w:rsidRPr="00B42F59">
        <w:rPr>
          <w:szCs w:val="28"/>
        </w:rPr>
        <w:t>iborat</w:t>
      </w:r>
      <w:proofErr w:type="spellEnd"/>
      <w:r w:rsidR="00000000" w:rsidRPr="00B42F59">
        <w:rPr>
          <w:szCs w:val="28"/>
        </w:rPr>
        <w:t>.</w:t>
      </w:r>
    </w:p>
    <w:p w14:paraId="28DB7E25" w14:textId="071CC817" w:rsidR="00B42F59" w:rsidRPr="00B42F59" w:rsidRDefault="00B42F59" w:rsidP="00B42F59">
      <w:pPr>
        <w:spacing w:after="0" w:line="360" w:lineRule="auto"/>
        <w:ind w:firstLine="720"/>
        <w:jc w:val="both"/>
        <w:rPr>
          <w:szCs w:val="28"/>
        </w:rPr>
      </w:pPr>
      <w:r w:rsidRPr="002748A8">
        <w:rPr>
          <w:b/>
          <w:bCs/>
          <w:szCs w:val="28"/>
        </w:rPr>
        <w:t xml:space="preserve">Kalit </w:t>
      </w:r>
      <w:proofErr w:type="spellStart"/>
      <w:proofErr w:type="gramStart"/>
      <w:r w:rsidRPr="002748A8">
        <w:rPr>
          <w:b/>
          <w:bCs/>
          <w:szCs w:val="28"/>
        </w:rPr>
        <w:t>so‘</w:t>
      </w:r>
      <w:proofErr w:type="gramEnd"/>
      <w:r w:rsidRPr="002748A8">
        <w:rPr>
          <w:b/>
          <w:bCs/>
          <w:szCs w:val="28"/>
        </w:rPr>
        <w:t>zlar</w:t>
      </w:r>
      <w:proofErr w:type="spellEnd"/>
      <w:r w:rsidRPr="002748A8">
        <w:rPr>
          <w:b/>
          <w:bCs/>
          <w:szCs w:val="28"/>
        </w:rPr>
        <w:t>:</w:t>
      </w:r>
      <w:r w:rsidRPr="00B42F59">
        <w:rPr>
          <w:szCs w:val="28"/>
        </w:rPr>
        <w:t xml:space="preserve"> </w:t>
      </w:r>
      <w:proofErr w:type="spellStart"/>
      <w:r w:rsidRPr="00B42F59">
        <w:rPr>
          <w:szCs w:val="28"/>
        </w:rPr>
        <w:t>sun’iy</w:t>
      </w:r>
      <w:proofErr w:type="spellEnd"/>
      <w:r w:rsidRPr="00B42F59">
        <w:rPr>
          <w:szCs w:val="28"/>
        </w:rPr>
        <w:t xml:space="preserve"> </w:t>
      </w:r>
      <w:proofErr w:type="spellStart"/>
      <w:r w:rsidRPr="00B42F59">
        <w:rPr>
          <w:szCs w:val="28"/>
        </w:rPr>
        <w:t>intellekt</w:t>
      </w:r>
      <w:proofErr w:type="spellEnd"/>
      <w:r w:rsidRPr="00B42F59">
        <w:rPr>
          <w:szCs w:val="28"/>
        </w:rPr>
        <w:t xml:space="preserve">; </w:t>
      </w:r>
      <w:proofErr w:type="spellStart"/>
      <w:r w:rsidRPr="00B42F59">
        <w:rPr>
          <w:szCs w:val="28"/>
        </w:rPr>
        <w:t>sud</w:t>
      </w:r>
      <w:proofErr w:type="spellEnd"/>
      <w:r w:rsidRPr="00B42F59">
        <w:rPr>
          <w:szCs w:val="28"/>
        </w:rPr>
        <w:t xml:space="preserve"> </w:t>
      </w:r>
      <w:proofErr w:type="spellStart"/>
      <w:r w:rsidRPr="00B42F59">
        <w:rPr>
          <w:szCs w:val="28"/>
        </w:rPr>
        <w:t>axborot</w:t>
      </w:r>
      <w:proofErr w:type="spellEnd"/>
      <w:r w:rsidRPr="00B42F59">
        <w:rPr>
          <w:szCs w:val="28"/>
        </w:rPr>
        <w:t xml:space="preserve"> </w:t>
      </w:r>
      <w:proofErr w:type="spellStart"/>
      <w:r w:rsidRPr="00B42F59">
        <w:rPr>
          <w:szCs w:val="28"/>
        </w:rPr>
        <w:t>tizimlari</w:t>
      </w:r>
      <w:proofErr w:type="spellEnd"/>
      <w:r w:rsidRPr="00B42F59">
        <w:rPr>
          <w:szCs w:val="28"/>
        </w:rPr>
        <w:t xml:space="preserve">; </w:t>
      </w:r>
      <w:proofErr w:type="spellStart"/>
      <w:r w:rsidRPr="00B42F59">
        <w:rPr>
          <w:szCs w:val="28"/>
        </w:rPr>
        <w:t>raqamli</w:t>
      </w:r>
      <w:proofErr w:type="spellEnd"/>
      <w:r w:rsidRPr="00B42F59">
        <w:rPr>
          <w:szCs w:val="28"/>
        </w:rPr>
        <w:t xml:space="preserve"> </w:t>
      </w:r>
      <w:proofErr w:type="spellStart"/>
      <w:r w:rsidRPr="00B42F59">
        <w:rPr>
          <w:szCs w:val="28"/>
        </w:rPr>
        <w:t>protsess</w:t>
      </w:r>
      <w:proofErr w:type="spellEnd"/>
      <w:r w:rsidRPr="00B42F59">
        <w:rPr>
          <w:szCs w:val="28"/>
        </w:rPr>
        <w:t xml:space="preserve">; </w:t>
      </w:r>
      <w:proofErr w:type="spellStart"/>
      <w:r w:rsidRPr="00B42F59">
        <w:rPr>
          <w:szCs w:val="28"/>
        </w:rPr>
        <w:t>algoritmik</w:t>
      </w:r>
      <w:proofErr w:type="spellEnd"/>
      <w:r w:rsidRPr="00B42F59">
        <w:rPr>
          <w:szCs w:val="28"/>
        </w:rPr>
        <w:t xml:space="preserve"> </w:t>
      </w:r>
      <w:proofErr w:type="spellStart"/>
      <w:r w:rsidRPr="00B42F59">
        <w:rPr>
          <w:szCs w:val="28"/>
        </w:rPr>
        <w:t>shaffoflik</w:t>
      </w:r>
      <w:proofErr w:type="spellEnd"/>
      <w:r w:rsidRPr="00B42F59">
        <w:rPr>
          <w:szCs w:val="28"/>
        </w:rPr>
        <w:t xml:space="preserve">; </w:t>
      </w:r>
      <w:proofErr w:type="spellStart"/>
      <w:r w:rsidRPr="00B42F59">
        <w:rPr>
          <w:szCs w:val="28"/>
        </w:rPr>
        <w:t>javobgarlik</w:t>
      </w:r>
      <w:proofErr w:type="spellEnd"/>
      <w:r w:rsidRPr="00B42F59">
        <w:rPr>
          <w:szCs w:val="28"/>
        </w:rPr>
        <w:t xml:space="preserve">; </w:t>
      </w:r>
      <w:proofErr w:type="spellStart"/>
      <w:r w:rsidRPr="00B42F59">
        <w:rPr>
          <w:szCs w:val="28"/>
        </w:rPr>
        <w:t>ma’lumotlarni</w:t>
      </w:r>
      <w:proofErr w:type="spellEnd"/>
      <w:r w:rsidRPr="00B42F59">
        <w:rPr>
          <w:szCs w:val="28"/>
        </w:rPr>
        <w:t xml:space="preserve"> </w:t>
      </w:r>
      <w:proofErr w:type="spellStart"/>
      <w:r w:rsidRPr="00B42F59">
        <w:rPr>
          <w:szCs w:val="28"/>
        </w:rPr>
        <w:t>himoya</w:t>
      </w:r>
      <w:proofErr w:type="spellEnd"/>
      <w:r w:rsidRPr="00B42F59">
        <w:rPr>
          <w:szCs w:val="28"/>
        </w:rPr>
        <w:t xml:space="preserve"> </w:t>
      </w:r>
      <w:proofErr w:type="spellStart"/>
      <w:r w:rsidRPr="00B42F59">
        <w:rPr>
          <w:szCs w:val="28"/>
        </w:rPr>
        <w:t>qilish</w:t>
      </w:r>
      <w:proofErr w:type="spellEnd"/>
      <w:r w:rsidRPr="00B42F59">
        <w:rPr>
          <w:szCs w:val="28"/>
        </w:rPr>
        <w:t xml:space="preserve">; </w:t>
      </w:r>
      <w:proofErr w:type="spellStart"/>
      <w:r w:rsidRPr="00B42F59">
        <w:rPr>
          <w:szCs w:val="28"/>
        </w:rPr>
        <w:t>sud</w:t>
      </w:r>
      <w:proofErr w:type="spellEnd"/>
      <w:r w:rsidRPr="00B42F59">
        <w:rPr>
          <w:szCs w:val="28"/>
        </w:rPr>
        <w:t xml:space="preserve"> </w:t>
      </w:r>
      <w:proofErr w:type="spellStart"/>
      <w:r w:rsidRPr="00B42F59">
        <w:rPr>
          <w:szCs w:val="28"/>
        </w:rPr>
        <w:t>mustaqilligi</w:t>
      </w:r>
      <w:proofErr w:type="spellEnd"/>
    </w:p>
    <w:p w14:paraId="28A3A41C" w14:textId="77777777" w:rsidR="00B42F59" w:rsidRPr="00B42F59" w:rsidRDefault="00B42F59" w:rsidP="00B42F59">
      <w:pPr>
        <w:spacing w:after="0" w:line="360" w:lineRule="auto"/>
        <w:ind w:firstLine="567"/>
        <w:jc w:val="both"/>
        <w:rPr>
          <w:szCs w:val="28"/>
        </w:rPr>
      </w:pPr>
    </w:p>
    <w:p w14:paraId="744925EA" w14:textId="51867844" w:rsidR="002748A8" w:rsidRPr="002748A8" w:rsidRDefault="002748A8" w:rsidP="002748A8">
      <w:pPr>
        <w:spacing w:after="0" w:line="360" w:lineRule="auto"/>
        <w:ind w:firstLine="720"/>
        <w:jc w:val="both"/>
        <w:rPr>
          <w:b/>
          <w:bCs/>
          <w:szCs w:val="28"/>
          <w:lang w:val="ru-RU"/>
        </w:rPr>
      </w:pPr>
      <w:r w:rsidRPr="002748A8">
        <w:rPr>
          <w:b/>
          <w:bCs/>
          <w:szCs w:val="28"/>
          <w:lang w:val="ru-RU"/>
        </w:rPr>
        <w:t>Аннотация</w:t>
      </w:r>
      <w:r w:rsidRPr="002748A8">
        <w:rPr>
          <w:b/>
          <w:bCs/>
          <w:szCs w:val="28"/>
          <w:lang w:val="ru-RU"/>
        </w:rPr>
        <w:t xml:space="preserve">. </w:t>
      </w:r>
      <w:r w:rsidRPr="002748A8">
        <w:rPr>
          <w:szCs w:val="28"/>
          <w:lang w:val="ru-RU"/>
        </w:rPr>
        <w:t>В данном тезисе рассматриваются правовые пределы использования искусственного интеллекта в судебной системе, условия формирования национальной модели, а также противоречия в правовом регулировании. Целью исследования является поиск баланса между эффективностью и гарантиями справедливости при внедрении искусственного интеллекта в судебную практику, а также разработка нормативных решений, направленных на защиту процессуальных прав.</w:t>
      </w:r>
      <w:r w:rsidRPr="002748A8">
        <w:rPr>
          <w:b/>
          <w:bCs/>
          <w:szCs w:val="28"/>
          <w:lang w:val="ru-RU"/>
        </w:rPr>
        <w:t xml:space="preserve"> </w:t>
      </w:r>
      <w:r w:rsidRPr="002748A8">
        <w:rPr>
          <w:szCs w:val="28"/>
          <w:lang w:val="ru-RU"/>
        </w:rPr>
        <w:t xml:space="preserve">Методологическая основа исследования включает сравнительно-правовой и системный анализ, а также </w:t>
      </w:r>
      <w:r w:rsidRPr="002748A8">
        <w:rPr>
          <w:szCs w:val="28"/>
          <w:lang w:val="ru-RU"/>
        </w:rPr>
        <w:lastRenderedPageBreak/>
        <w:t>оценку факторов риска. Научная новизна заключается в обосновании поэтапной модели сертификации, объяснимости и распределения ответственности для систем искусственного интеллекта, применяемых в судебной деятельности.</w:t>
      </w:r>
    </w:p>
    <w:p w14:paraId="6EE6E35C" w14:textId="03B663BC" w:rsidR="00B42F59" w:rsidRPr="00B42F59" w:rsidRDefault="00B42F59" w:rsidP="00B42F59">
      <w:pPr>
        <w:spacing w:after="0" w:line="360" w:lineRule="auto"/>
        <w:ind w:firstLine="720"/>
        <w:jc w:val="both"/>
        <w:rPr>
          <w:szCs w:val="28"/>
          <w:lang w:val="ru-RU"/>
        </w:rPr>
      </w:pPr>
      <w:r w:rsidRPr="002748A8">
        <w:rPr>
          <w:b/>
          <w:bCs/>
          <w:szCs w:val="28"/>
          <w:lang w:val="ru-RU"/>
        </w:rPr>
        <w:t>Ключевые слова:</w:t>
      </w:r>
      <w:r w:rsidRPr="00B42F59">
        <w:rPr>
          <w:szCs w:val="28"/>
          <w:lang w:val="ru-RU"/>
        </w:rPr>
        <w:t xml:space="preserve"> искусственный интеллект; судебные информационные системы; цифровой процесс; алгоритмическая прозрачность; ответственность; защита данных; независимость суда</w:t>
      </w:r>
    </w:p>
    <w:p w14:paraId="6B351802" w14:textId="77777777" w:rsidR="00B42F59" w:rsidRPr="00B42F59" w:rsidRDefault="00B42F59" w:rsidP="00B42F59">
      <w:pPr>
        <w:spacing w:after="0" w:line="360" w:lineRule="auto"/>
        <w:ind w:firstLine="567"/>
        <w:jc w:val="both"/>
        <w:rPr>
          <w:szCs w:val="28"/>
          <w:lang w:val="ru-RU"/>
        </w:rPr>
      </w:pPr>
    </w:p>
    <w:p w14:paraId="02F800BD" w14:textId="1D96CC5C" w:rsidR="001C37C7" w:rsidRDefault="002748A8" w:rsidP="00B42F59">
      <w:pPr>
        <w:spacing w:after="0" w:line="360" w:lineRule="auto"/>
        <w:ind w:firstLine="720"/>
        <w:jc w:val="both"/>
        <w:rPr>
          <w:szCs w:val="28"/>
        </w:rPr>
      </w:pPr>
      <w:r w:rsidRPr="002748A8">
        <w:rPr>
          <w:szCs w:val="28"/>
        </w:rPr>
        <w:t>Abstract</w:t>
      </w:r>
      <w:r w:rsidR="00000000" w:rsidRPr="00B42F59">
        <w:rPr>
          <w:szCs w:val="28"/>
        </w:rPr>
        <w:t>.</w:t>
      </w:r>
      <w:r>
        <w:rPr>
          <w:szCs w:val="28"/>
        </w:rPr>
        <w:t xml:space="preserve"> </w:t>
      </w:r>
      <w:r w:rsidR="00000000" w:rsidRPr="00B42F59">
        <w:rPr>
          <w:szCs w:val="28"/>
        </w:rPr>
        <w:t>This thesis examines the legal and institutional conditions for introducing artificial intelligence into the judiciary, with a focus on a national model and regulatory challenges. The study aims to balance efficiency gains with due process guarantees, judicial independence, and accountability. Methodologically, it applies comparative legal analysis, a systems approach, and risk-based assessment of AI tools used in courts. The scientific novelty lies in proposing an integrated framework combining authorization, transparency, auditability, and liability rules for AI-assisted adjudication.</w:t>
      </w:r>
    </w:p>
    <w:p w14:paraId="5E0A8874" w14:textId="242E4BA3" w:rsidR="002748A8" w:rsidRDefault="00B42F59" w:rsidP="002748A8">
      <w:pPr>
        <w:spacing w:after="0" w:line="360" w:lineRule="auto"/>
        <w:ind w:firstLine="720"/>
        <w:jc w:val="both"/>
      </w:pPr>
      <w:r w:rsidRPr="002748A8">
        <w:rPr>
          <w:b/>
          <w:bCs/>
          <w:szCs w:val="28"/>
        </w:rPr>
        <w:t>Keywords:</w:t>
      </w:r>
      <w:r w:rsidRPr="00B42F59">
        <w:rPr>
          <w:szCs w:val="28"/>
        </w:rPr>
        <w:t xml:space="preserve"> artificial intelligence; judicial information systems; digital procedure; algorithmic transparency; liability; data protection; judicial independence</w:t>
      </w:r>
      <w:r w:rsidR="002748A8">
        <w:rPr>
          <w:szCs w:val="28"/>
        </w:rPr>
        <w:tab/>
      </w:r>
      <w:r w:rsidR="002748A8" w:rsidRPr="002748A8">
        <w:rPr>
          <w:b/>
          <w:bCs/>
        </w:rPr>
        <w:t>Kirish</w:t>
      </w:r>
      <w:r w:rsidR="002748A8" w:rsidRPr="002748A8">
        <w:t xml:space="preserve"> </w:t>
      </w:r>
    </w:p>
    <w:p w14:paraId="26F9DC15" w14:textId="77777777" w:rsidR="002748A8" w:rsidRDefault="002748A8" w:rsidP="002748A8">
      <w:pPr>
        <w:spacing w:after="0" w:line="360" w:lineRule="auto"/>
        <w:ind w:firstLine="720"/>
        <w:jc w:val="both"/>
      </w:pPr>
      <w:r w:rsidRPr="002748A8">
        <w:t xml:space="preserve">Sud </w:t>
      </w:r>
      <w:proofErr w:type="spellStart"/>
      <w:r w:rsidRPr="002748A8">
        <w:t>tizimiga</w:t>
      </w:r>
      <w:proofErr w:type="spellEnd"/>
      <w:r w:rsidRPr="002748A8">
        <w:t xml:space="preserve"> </w:t>
      </w:r>
      <w:proofErr w:type="spellStart"/>
      <w:r w:rsidRPr="002748A8">
        <w:t>sun’iy</w:t>
      </w:r>
      <w:proofErr w:type="spellEnd"/>
      <w:r w:rsidRPr="002748A8">
        <w:t xml:space="preserve"> </w:t>
      </w:r>
      <w:proofErr w:type="spellStart"/>
      <w:r w:rsidRPr="002748A8">
        <w:t>intellektni</w:t>
      </w:r>
      <w:proofErr w:type="spellEnd"/>
      <w:r w:rsidRPr="002748A8">
        <w:t xml:space="preserve"> </w:t>
      </w:r>
      <w:proofErr w:type="spellStart"/>
      <w:r w:rsidRPr="002748A8">
        <w:t>joriy</w:t>
      </w:r>
      <w:proofErr w:type="spellEnd"/>
      <w:r w:rsidRPr="002748A8">
        <w:t xml:space="preserve"> </w:t>
      </w:r>
      <w:proofErr w:type="spellStart"/>
      <w:r w:rsidRPr="002748A8">
        <w:t>etish</w:t>
      </w:r>
      <w:proofErr w:type="spellEnd"/>
      <w:r w:rsidRPr="002748A8">
        <w:t xml:space="preserve"> </w:t>
      </w:r>
      <w:proofErr w:type="spellStart"/>
      <w:r w:rsidRPr="002748A8">
        <w:t>masalasi</w:t>
      </w:r>
      <w:proofErr w:type="spellEnd"/>
      <w:r w:rsidRPr="002748A8">
        <w:t xml:space="preserve"> </w:t>
      </w:r>
      <w:proofErr w:type="spellStart"/>
      <w:r w:rsidRPr="002748A8">
        <w:t>hozirgi</w:t>
      </w:r>
      <w:proofErr w:type="spellEnd"/>
      <w:r w:rsidRPr="002748A8">
        <w:t xml:space="preserve"> </w:t>
      </w:r>
      <w:proofErr w:type="spellStart"/>
      <w:r w:rsidRPr="002748A8">
        <w:t>bosqichda</w:t>
      </w:r>
      <w:proofErr w:type="spellEnd"/>
      <w:r w:rsidRPr="002748A8">
        <w:t xml:space="preserve"> </w:t>
      </w:r>
      <w:proofErr w:type="spellStart"/>
      <w:r w:rsidRPr="002748A8">
        <w:t>faqat</w:t>
      </w:r>
      <w:proofErr w:type="spellEnd"/>
      <w:r w:rsidRPr="002748A8">
        <w:t xml:space="preserve"> </w:t>
      </w:r>
      <w:proofErr w:type="spellStart"/>
      <w:r w:rsidRPr="002748A8">
        <w:t>texnologik</w:t>
      </w:r>
      <w:proofErr w:type="spellEnd"/>
      <w:r w:rsidRPr="002748A8">
        <w:t xml:space="preserve"> </w:t>
      </w:r>
      <w:proofErr w:type="spellStart"/>
      <w:r w:rsidRPr="002748A8">
        <w:t>modernizatsiya</w:t>
      </w:r>
      <w:proofErr w:type="spellEnd"/>
      <w:r w:rsidRPr="002748A8">
        <w:t xml:space="preserve"> </w:t>
      </w:r>
      <w:proofErr w:type="spellStart"/>
      <w:r w:rsidRPr="002748A8">
        <w:t>sifatida</w:t>
      </w:r>
      <w:proofErr w:type="spellEnd"/>
      <w:r w:rsidRPr="002748A8">
        <w:t xml:space="preserve"> </w:t>
      </w:r>
      <w:proofErr w:type="spellStart"/>
      <w:r w:rsidRPr="002748A8">
        <w:t>emas</w:t>
      </w:r>
      <w:proofErr w:type="spellEnd"/>
      <w:r w:rsidRPr="002748A8">
        <w:t xml:space="preserve">, </w:t>
      </w:r>
      <w:proofErr w:type="spellStart"/>
      <w:r w:rsidRPr="002748A8">
        <w:t>balki</w:t>
      </w:r>
      <w:proofErr w:type="spellEnd"/>
      <w:r w:rsidRPr="002748A8">
        <w:t xml:space="preserve"> </w:t>
      </w:r>
      <w:proofErr w:type="spellStart"/>
      <w:r w:rsidRPr="002748A8">
        <w:t>odil</w:t>
      </w:r>
      <w:proofErr w:type="spellEnd"/>
      <w:r w:rsidRPr="002748A8">
        <w:t xml:space="preserve"> </w:t>
      </w:r>
      <w:proofErr w:type="spellStart"/>
      <w:r w:rsidRPr="002748A8">
        <w:t>sudlovning</w:t>
      </w:r>
      <w:proofErr w:type="spellEnd"/>
      <w:r w:rsidRPr="002748A8">
        <w:t xml:space="preserve"> </w:t>
      </w:r>
      <w:proofErr w:type="spellStart"/>
      <w:r w:rsidRPr="002748A8">
        <w:t>protsessual</w:t>
      </w:r>
      <w:proofErr w:type="spellEnd"/>
      <w:r w:rsidRPr="002748A8">
        <w:t xml:space="preserve"> </w:t>
      </w:r>
      <w:proofErr w:type="spellStart"/>
      <w:r w:rsidRPr="002748A8">
        <w:t>arxitekturasi</w:t>
      </w:r>
      <w:proofErr w:type="spellEnd"/>
      <w:r w:rsidRPr="002748A8">
        <w:t xml:space="preserve"> </w:t>
      </w:r>
      <w:proofErr w:type="spellStart"/>
      <w:r w:rsidRPr="002748A8">
        <w:t>va</w:t>
      </w:r>
      <w:proofErr w:type="spellEnd"/>
      <w:r w:rsidRPr="002748A8">
        <w:t xml:space="preserve"> </w:t>
      </w:r>
      <w:proofErr w:type="spellStart"/>
      <w:r w:rsidRPr="002748A8">
        <w:t>konstitutsiyaviy</w:t>
      </w:r>
      <w:proofErr w:type="spellEnd"/>
      <w:r w:rsidRPr="002748A8">
        <w:t xml:space="preserve"> </w:t>
      </w:r>
      <w:proofErr w:type="spellStart"/>
      <w:r w:rsidRPr="002748A8">
        <w:t>kafolatlariga</w:t>
      </w:r>
      <w:proofErr w:type="spellEnd"/>
      <w:r w:rsidRPr="002748A8">
        <w:t xml:space="preserve"> </w:t>
      </w:r>
      <w:proofErr w:type="spellStart"/>
      <w:r w:rsidRPr="002748A8">
        <w:t>ta’sir</w:t>
      </w:r>
      <w:proofErr w:type="spellEnd"/>
      <w:r w:rsidRPr="002748A8">
        <w:t xml:space="preserve"> </w:t>
      </w:r>
      <w:proofErr w:type="spellStart"/>
      <w:r w:rsidRPr="002748A8">
        <w:t>qiluvchi</w:t>
      </w:r>
      <w:proofErr w:type="spellEnd"/>
      <w:r w:rsidRPr="002748A8">
        <w:t xml:space="preserve"> </w:t>
      </w:r>
      <w:proofErr w:type="spellStart"/>
      <w:r w:rsidRPr="002748A8">
        <w:t>institutsional</w:t>
      </w:r>
      <w:proofErr w:type="spellEnd"/>
      <w:r w:rsidRPr="002748A8">
        <w:t xml:space="preserve"> </w:t>
      </w:r>
      <w:proofErr w:type="spellStart"/>
      <w:r w:rsidRPr="002748A8">
        <w:t>islohot</w:t>
      </w:r>
      <w:proofErr w:type="spellEnd"/>
      <w:r w:rsidRPr="002748A8">
        <w:t xml:space="preserve"> </w:t>
      </w:r>
      <w:proofErr w:type="spellStart"/>
      <w:r w:rsidRPr="002748A8">
        <w:t>sifatida</w:t>
      </w:r>
      <w:proofErr w:type="spellEnd"/>
      <w:r w:rsidRPr="002748A8">
        <w:t xml:space="preserve"> </w:t>
      </w:r>
      <w:proofErr w:type="spellStart"/>
      <w:r w:rsidRPr="002748A8">
        <w:t>talqin</w:t>
      </w:r>
      <w:proofErr w:type="spellEnd"/>
      <w:r w:rsidRPr="002748A8">
        <w:t xml:space="preserve"> </w:t>
      </w:r>
      <w:proofErr w:type="spellStart"/>
      <w:r w:rsidRPr="002748A8">
        <w:t>qilinishi</w:t>
      </w:r>
      <w:proofErr w:type="spellEnd"/>
      <w:r w:rsidRPr="002748A8">
        <w:t xml:space="preserve"> </w:t>
      </w:r>
      <w:proofErr w:type="spellStart"/>
      <w:r w:rsidRPr="002748A8">
        <w:t>lozim</w:t>
      </w:r>
      <w:proofErr w:type="spellEnd"/>
      <w:r w:rsidRPr="002748A8">
        <w:t xml:space="preserve">. Bu </w:t>
      </w:r>
      <w:proofErr w:type="spellStart"/>
      <w:r w:rsidRPr="002748A8">
        <w:t>jarayonda</w:t>
      </w:r>
      <w:proofErr w:type="spellEnd"/>
      <w:r w:rsidRPr="002748A8">
        <w:t xml:space="preserve"> </w:t>
      </w:r>
      <w:proofErr w:type="spellStart"/>
      <w:r w:rsidRPr="002748A8">
        <w:t>asosiy</w:t>
      </w:r>
      <w:proofErr w:type="spellEnd"/>
      <w:r w:rsidRPr="002748A8">
        <w:t xml:space="preserve"> </w:t>
      </w:r>
      <w:proofErr w:type="spellStart"/>
      <w:r w:rsidRPr="002748A8">
        <w:t>savol</w:t>
      </w:r>
      <w:proofErr w:type="spellEnd"/>
      <w:r w:rsidRPr="002748A8">
        <w:t xml:space="preserve"> </w:t>
      </w:r>
      <w:proofErr w:type="spellStart"/>
      <w:r w:rsidRPr="002748A8">
        <w:t>shundan</w:t>
      </w:r>
      <w:proofErr w:type="spellEnd"/>
      <w:r w:rsidRPr="002748A8">
        <w:t xml:space="preserve"> </w:t>
      </w:r>
      <w:proofErr w:type="spellStart"/>
      <w:r w:rsidRPr="002748A8">
        <w:t>iboratki</w:t>
      </w:r>
      <w:proofErr w:type="spellEnd"/>
      <w:r w:rsidRPr="002748A8">
        <w:t xml:space="preserve">, SI </w:t>
      </w:r>
      <w:proofErr w:type="spellStart"/>
      <w:r w:rsidRPr="002748A8">
        <w:t>vositalari</w:t>
      </w:r>
      <w:proofErr w:type="spellEnd"/>
      <w:r w:rsidRPr="002748A8">
        <w:t xml:space="preserve"> </w:t>
      </w:r>
      <w:proofErr w:type="spellStart"/>
      <w:r w:rsidRPr="002748A8">
        <w:t>sudning</w:t>
      </w:r>
      <w:proofErr w:type="spellEnd"/>
      <w:r w:rsidRPr="002748A8">
        <w:t xml:space="preserve"> </w:t>
      </w:r>
      <w:proofErr w:type="spellStart"/>
      <w:r w:rsidRPr="002748A8">
        <w:t>dalillarni</w:t>
      </w:r>
      <w:proofErr w:type="spellEnd"/>
      <w:r w:rsidRPr="002748A8">
        <w:t xml:space="preserve"> </w:t>
      </w:r>
      <w:proofErr w:type="spellStart"/>
      <w:r w:rsidRPr="002748A8">
        <w:t>baholash</w:t>
      </w:r>
      <w:proofErr w:type="spellEnd"/>
      <w:r w:rsidRPr="002748A8">
        <w:t xml:space="preserve">, </w:t>
      </w:r>
      <w:proofErr w:type="spellStart"/>
      <w:r w:rsidRPr="002748A8">
        <w:t>protsessni</w:t>
      </w:r>
      <w:proofErr w:type="spellEnd"/>
      <w:r w:rsidRPr="002748A8">
        <w:t xml:space="preserve"> </w:t>
      </w:r>
      <w:proofErr w:type="spellStart"/>
      <w:r w:rsidRPr="002748A8">
        <w:t>boshqarish</w:t>
      </w:r>
      <w:proofErr w:type="spellEnd"/>
      <w:r w:rsidRPr="002748A8">
        <w:t xml:space="preserve"> </w:t>
      </w:r>
      <w:proofErr w:type="spellStart"/>
      <w:r w:rsidRPr="002748A8">
        <w:t>va</w:t>
      </w:r>
      <w:proofErr w:type="spellEnd"/>
      <w:r w:rsidRPr="002748A8">
        <w:t xml:space="preserve"> </w:t>
      </w:r>
      <w:proofErr w:type="spellStart"/>
      <w:r w:rsidRPr="002748A8">
        <w:t>qaror</w:t>
      </w:r>
      <w:proofErr w:type="spellEnd"/>
      <w:r w:rsidRPr="002748A8">
        <w:t xml:space="preserve"> </w:t>
      </w:r>
      <w:proofErr w:type="spellStart"/>
      <w:r w:rsidRPr="002748A8">
        <w:t>qabul</w:t>
      </w:r>
      <w:proofErr w:type="spellEnd"/>
      <w:r w:rsidRPr="002748A8">
        <w:t xml:space="preserve"> </w:t>
      </w:r>
      <w:proofErr w:type="spellStart"/>
      <w:r w:rsidRPr="002748A8">
        <w:t>qilishdagi</w:t>
      </w:r>
      <w:proofErr w:type="spellEnd"/>
      <w:r w:rsidRPr="002748A8">
        <w:t xml:space="preserve"> </w:t>
      </w:r>
      <w:proofErr w:type="spellStart"/>
      <w:r w:rsidRPr="002748A8">
        <w:t>funksiyalariga</w:t>
      </w:r>
      <w:proofErr w:type="spellEnd"/>
      <w:r w:rsidRPr="002748A8">
        <w:t xml:space="preserve"> </w:t>
      </w:r>
      <w:proofErr w:type="spellStart"/>
      <w:r w:rsidRPr="002748A8">
        <w:t>qaysi</w:t>
      </w:r>
      <w:proofErr w:type="spellEnd"/>
      <w:r w:rsidRPr="002748A8">
        <w:t xml:space="preserve"> </w:t>
      </w:r>
      <w:proofErr w:type="spellStart"/>
      <w:r w:rsidRPr="002748A8">
        <w:t>nuqtalarda</w:t>
      </w:r>
      <w:proofErr w:type="spellEnd"/>
      <w:r w:rsidRPr="002748A8">
        <w:t xml:space="preserve">, </w:t>
      </w:r>
      <w:proofErr w:type="spellStart"/>
      <w:r w:rsidRPr="002748A8">
        <w:t>qanday</w:t>
      </w:r>
      <w:proofErr w:type="spellEnd"/>
      <w:r w:rsidRPr="002748A8">
        <w:t xml:space="preserve"> </w:t>
      </w:r>
      <w:proofErr w:type="spellStart"/>
      <w:r w:rsidRPr="002748A8">
        <w:t>darajada</w:t>
      </w:r>
      <w:proofErr w:type="spellEnd"/>
      <w:r w:rsidRPr="002748A8">
        <w:t xml:space="preserve"> </w:t>
      </w:r>
      <w:proofErr w:type="spellStart"/>
      <w:r w:rsidRPr="002748A8">
        <w:t>va</w:t>
      </w:r>
      <w:proofErr w:type="spellEnd"/>
      <w:r w:rsidRPr="002748A8">
        <w:t xml:space="preserve"> </w:t>
      </w:r>
      <w:proofErr w:type="spellStart"/>
      <w:r w:rsidRPr="002748A8">
        <w:t>qanday</w:t>
      </w:r>
      <w:proofErr w:type="spellEnd"/>
      <w:r w:rsidRPr="002748A8">
        <w:t xml:space="preserve"> </w:t>
      </w:r>
      <w:proofErr w:type="spellStart"/>
      <w:r w:rsidRPr="002748A8">
        <w:t>huquqiy</w:t>
      </w:r>
      <w:proofErr w:type="spellEnd"/>
      <w:r w:rsidRPr="002748A8">
        <w:t xml:space="preserve"> </w:t>
      </w:r>
      <w:proofErr w:type="spellStart"/>
      <w:r w:rsidRPr="002748A8">
        <w:t>cheklovlar</w:t>
      </w:r>
      <w:proofErr w:type="spellEnd"/>
      <w:r w:rsidRPr="002748A8">
        <w:t xml:space="preserve"> </w:t>
      </w:r>
      <w:proofErr w:type="spellStart"/>
      <w:r w:rsidRPr="002748A8">
        <w:t>asosida</w:t>
      </w:r>
      <w:proofErr w:type="spellEnd"/>
      <w:r w:rsidRPr="002748A8">
        <w:t xml:space="preserve"> “</w:t>
      </w:r>
      <w:proofErr w:type="spellStart"/>
      <w:r w:rsidRPr="002748A8">
        <w:t>yordamchi</w:t>
      </w:r>
      <w:proofErr w:type="spellEnd"/>
      <w:r w:rsidRPr="002748A8">
        <w:t xml:space="preserve">” </w:t>
      </w:r>
      <w:proofErr w:type="spellStart"/>
      <w:r w:rsidRPr="002748A8">
        <w:t>sifatida</w:t>
      </w:r>
      <w:proofErr w:type="spellEnd"/>
      <w:r w:rsidRPr="002748A8">
        <w:t xml:space="preserve"> </w:t>
      </w:r>
      <w:proofErr w:type="spellStart"/>
      <w:r w:rsidRPr="002748A8">
        <w:t>kirishi</w:t>
      </w:r>
      <w:proofErr w:type="spellEnd"/>
      <w:r w:rsidRPr="002748A8">
        <w:t xml:space="preserve"> </w:t>
      </w:r>
      <w:proofErr w:type="spellStart"/>
      <w:r w:rsidRPr="002748A8">
        <w:t>mumkin</w:t>
      </w:r>
      <w:proofErr w:type="spellEnd"/>
      <w:r w:rsidRPr="002748A8">
        <w:t xml:space="preserve">. Sud </w:t>
      </w:r>
      <w:proofErr w:type="spellStart"/>
      <w:r w:rsidRPr="002748A8">
        <w:t>faoliyatining</w:t>
      </w:r>
      <w:proofErr w:type="spellEnd"/>
      <w:r w:rsidRPr="002748A8">
        <w:t xml:space="preserve"> </w:t>
      </w:r>
      <w:proofErr w:type="spellStart"/>
      <w:r w:rsidRPr="002748A8">
        <w:t>legitimligi</w:t>
      </w:r>
      <w:proofErr w:type="spellEnd"/>
      <w:r w:rsidRPr="002748A8">
        <w:t xml:space="preserve">, </w:t>
      </w:r>
      <w:proofErr w:type="spellStart"/>
      <w:r w:rsidRPr="002748A8">
        <w:t>bir</w:t>
      </w:r>
      <w:proofErr w:type="spellEnd"/>
      <w:r w:rsidRPr="002748A8">
        <w:t xml:space="preserve"> </w:t>
      </w:r>
      <w:proofErr w:type="spellStart"/>
      <w:r w:rsidRPr="002748A8">
        <w:t>tomondan</w:t>
      </w:r>
      <w:proofErr w:type="spellEnd"/>
      <w:r w:rsidRPr="002748A8">
        <w:t xml:space="preserve">, </w:t>
      </w:r>
      <w:proofErr w:type="spellStart"/>
      <w:r w:rsidRPr="002748A8">
        <w:t>natijaning</w:t>
      </w:r>
      <w:proofErr w:type="spellEnd"/>
      <w:r w:rsidRPr="002748A8">
        <w:t xml:space="preserve"> </w:t>
      </w:r>
      <w:proofErr w:type="spellStart"/>
      <w:r w:rsidRPr="002748A8">
        <w:t>adolatliligi</w:t>
      </w:r>
      <w:proofErr w:type="spellEnd"/>
      <w:r w:rsidRPr="002748A8">
        <w:t xml:space="preserve"> </w:t>
      </w:r>
      <w:proofErr w:type="spellStart"/>
      <w:r w:rsidRPr="002748A8">
        <w:t>bilan</w:t>
      </w:r>
      <w:proofErr w:type="spellEnd"/>
      <w:r w:rsidRPr="002748A8">
        <w:t xml:space="preserve">, </w:t>
      </w:r>
      <w:proofErr w:type="spellStart"/>
      <w:r w:rsidRPr="002748A8">
        <w:t>ikkinchi</w:t>
      </w:r>
      <w:proofErr w:type="spellEnd"/>
      <w:r w:rsidRPr="002748A8">
        <w:t xml:space="preserve"> </w:t>
      </w:r>
      <w:proofErr w:type="spellStart"/>
      <w:r w:rsidRPr="002748A8">
        <w:t>tomondan</w:t>
      </w:r>
      <w:proofErr w:type="spellEnd"/>
      <w:r w:rsidRPr="002748A8">
        <w:t xml:space="preserve"> </w:t>
      </w:r>
      <w:proofErr w:type="spellStart"/>
      <w:r w:rsidRPr="002748A8">
        <w:t>esa</w:t>
      </w:r>
      <w:proofErr w:type="spellEnd"/>
      <w:r w:rsidRPr="002748A8">
        <w:t xml:space="preserve">, </w:t>
      </w:r>
      <w:proofErr w:type="spellStart"/>
      <w:r w:rsidRPr="002748A8">
        <w:t>jarayonning</w:t>
      </w:r>
      <w:proofErr w:type="spellEnd"/>
      <w:r w:rsidRPr="002748A8">
        <w:t xml:space="preserve"> </w:t>
      </w:r>
      <w:proofErr w:type="spellStart"/>
      <w:r w:rsidRPr="002748A8">
        <w:t>shaffofligi</w:t>
      </w:r>
      <w:proofErr w:type="spellEnd"/>
      <w:r w:rsidRPr="002748A8">
        <w:t xml:space="preserve"> </w:t>
      </w:r>
      <w:proofErr w:type="spellStart"/>
      <w:r w:rsidRPr="002748A8">
        <w:t>va</w:t>
      </w:r>
      <w:proofErr w:type="spellEnd"/>
      <w:r w:rsidRPr="002748A8">
        <w:t xml:space="preserve"> </w:t>
      </w:r>
      <w:proofErr w:type="spellStart"/>
      <w:r w:rsidRPr="002748A8">
        <w:t>taraflarning</w:t>
      </w:r>
      <w:proofErr w:type="spellEnd"/>
      <w:r w:rsidRPr="002748A8">
        <w:t xml:space="preserve"> </w:t>
      </w:r>
      <w:proofErr w:type="spellStart"/>
      <w:r w:rsidRPr="002748A8">
        <w:t>teng</w:t>
      </w:r>
      <w:proofErr w:type="spellEnd"/>
      <w:r w:rsidRPr="002748A8">
        <w:t xml:space="preserve"> </w:t>
      </w:r>
      <w:proofErr w:type="spellStart"/>
      <w:r w:rsidRPr="002748A8">
        <w:t>imkoniyatlari</w:t>
      </w:r>
      <w:proofErr w:type="spellEnd"/>
      <w:r w:rsidRPr="002748A8">
        <w:t xml:space="preserve"> </w:t>
      </w:r>
      <w:proofErr w:type="spellStart"/>
      <w:r w:rsidRPr="002748A8">
        <w:t>bilan</w:t>
      </w:r>
      <w:proofErr w:type="spellEnd"/>
      <w:r w:rsidRPr="002748A8">
        <w:t xml:space="preserve"> </w:t>
      </w:r>
      <w:proofErr w:type="spellStart"/>
      <w:proofErr w:type="gramStart"/>
      <w:r w:rsidRPr="002748A8">
        <w:t>o‘</w:t>
      </w:r>
      <w:proofErr w:type="gramEnd"/>
      <w:r w:rsidRPr="002748A8">
        <w:t>lchanadi</w:t>
      </w:r>
      <w:proofErr w:type="spellEnd"/>
      <w:r w:rsidRPr="002748A8">
        <w:t xml:space="preserve">. Demak, SI </w:t>
      </w:r>
      <w:proofErr w:type="spellStart"/>
      <w:proofErr w:type="gramStart"/>
      <w:r w:rsidRPr="002748A8">
        <w:t>qo‘</w:t>
      </w:r>
      <w:proofErr w:type="gramEnd"/>
      <w:r w:rsidRPr="002748A8">
        <w:t>llanishining</w:t>
      </w:r>
      <w:proofErr w:type="spellEnd"/>
      <w:r w:rsidRPr="002748A8">
        <w:t xml:space="preserve"> </w:t>
      </w:r>
      <w:proofErr w:type="spellStart"/>
      <w:r w:rsidRPr="002748A8">
        <w:t>huquqiy</w:t>
      </w:r>
      <w:proofErr w:type="spellEnd"/>
      <w:r w:rsidRPr="002748A8">
        <w:t xml:space="preserve"> </w:t>
      </w:r>
      <w:proofErr w:type="spellStart"/>
      <w:r w:rsidRPr="002748A8">
        <w:t>modeli</w:t>
      </w:r>
      <w:proofErr w:type="spellEnd"/>
      <w:r w:rsidRPr="002748A8">
        <w:t xml:space="preserve"> </w:t>
      </w:r>
      <w:proofErr w:type="spellStart"/>
      <w:r w:rsidRPr="002748A8">
        <w:t>samaradorlikni</w:t>
      </w:r>
      <w:proofErr w:type="spellEnd"/>
      <w:r w:rsidRPr="002748A8">
        <w:t xml:space="preserve"> </w:t>
      </w:r>
      <w:proofErr w:type="spellStart"/>
      <w:r w:rsidRPr="002748A8">
        <w:t>oshirish</w:t>
      </w:r>
      <w:proofErr w:type="spellEnd"/>
      <w:r w:rsidRPr="002748A8">
        <w:t xml:space="preserve"> </w:t>
      </w:r>
      <w:proofErr w:type="spellStart"/>
      <w:r w:rsidRPr="002748A8">
        <w:t>bilan</w:t>
      </w:r>
      <w:proofErr w:type="spellEnd"/>
      <w:r w:rsidRPr="002748A8">
        <w:t xml:space="preserve"> </w:t>
      </w:r>
      <w:proofErr w:type="spellStart"/>
      <w:r w:rsidRPr="002748A8">
        <w:t>birga</w:t>
      </w:r>
      <w:proofErr w:type="spellEnd"/>
      <w:r w:rsidRPr="002748A8">
        <w:t xml:space="preserve">, </w:t>
      </w:r>
      <w:proofErr w:type="spellStart"/>
      <w:r w:rsidRPr="002748A8">
        <w:t>xatoliklar</w:t>
      </w:r>
      <w:proofErr w:type="spellEnd"/>
      <w:r w:rsidRPr="002748A8">
        <w:t xml:space="preserve">, </w:t>
      </w:r>
      <w:proofErr w:type="spellStart"/>
      <w:r w:rsidRPr="002748A8">
        <w:t>tarafkashlik</w:t>
      </w:r>
      <w:proofErr w:type="spellEnd"/>
      <w:r w:rsidRPr="002748A8">
        <w:t xml:space="preserve">, </w:t>
      </w:r>
      <w:proofErr w:type="spellStart"/>
      <w:r w:rsidRPr="002748A8">
        <w:lastRenderedPageBreak/>
        <w:t>ma’lumotlar</w:t>
      </w:r>
      <w:proofErr w:type="spellEnd"/>
      <w:r w:rsidRPr="002748A8">
        <w:t xml:space="preserve"> </w:t>
      </w:r>
      <w:proofErr w:type="spellStart"/>
      <w:r w:rsidRPr="002748A8">
        <w:t>bilan</w:t>
      </w:r>
      <w:proofErr w:type="spellEnd"/>
      <w:r w:rsidRPr="002748A8">
        <w:t xml:space="preserve"> </w:t>
      </w:r>
      <w:proofErr w:type="spellStart"/>
      <w:r w:rsidRPr="002748A8">
        <w:t>muomala</w:t>
      </w:r>
      <w:proofErr w:type="spellEnd"/>
      <w:r w:rsidRPr="002748A8">
        <w:t xml:space="preserve"> </w:t>
      </w:r>
      <w:proofErr w:type="spellStart"/>
      <w:r w:rsidRPr="002748A8">
        <w:t>madaniyati</w:t>
      </w:r>
      <w:proofErr w:type="spellEnd"/>
      <w:r w:rsidRPr="002748A8">
        <w:t xml:space="preserve"> </w:t>
      </w:r>
      <w:proofErr w:type="spellStart"/>
      <w:r w:rsidRPr="002748A8">
        <w:t>va</w:t>
      </w:r>
      <w:proofErr w:type="spellEnd"/>
      <w:r w:rsidRPr="002748A8">
        <w:t xml:space="preserve"> </w:t>
      </w:r>
      <w:proofErr w:type="spellStart"/>
      <w:r w:rsidRPr="002748A8">
        <w:t>javobgarlikning</w:t>
      </w:r>
      <w:proofErr w:type="spellEnd"/>
      <w:r w:rsidRPr="002748A8">
        <w:t xml:space="preserve"> “</w:t>
      </w:r>
      <w:proofErr w:type="spellStart"/>
      <w:r w:rsidRPr="002748A8">
        <w:t>tarqalib</w:t>
      </w:r>
      <w:proofErr w:type="spellEnd"/>
      <w:r w:rsidRPr="002748A8">
        <w:t xml:space="preserve"> </w:t>
      </w:r>
      <w:proofErr w:type="spellStart"/>
      <w:r w:rsidRPr="002748A8">
        <w:t>ketishi</w:t>
      </w:r>
      <w:proofErr w:type="spellEnd"/>
      <w:r w:rsidRPr="002748A8">
        <w:t xml:space="preserve">” </w:t>
      </w:r>
      <w:proofErr w:type="spellStart"/>
      <w:r w:rsidRPr="002748A8">
        <w:t>kabi</w:t>
      </w:r>
      <w:proofErr w:type="spellEnd"/>
      <w:r w:rsidRPr="002748A8">
        <w:t xml:space="preserve"> </w:t>
      </w:r>
      <w:proofErr w:type="spellStart"/>
      <w:r w:rsidRPr="002748A8">
        <w:t>xavflarni</w:t>
      </w:r>
      <w:proofErr w:type="spellEnd"/>
      <w:r w:rsidRPr="002748A8">
        <w:t xml:space="preserve"> ham </w:t>
      </w:r>
      <w:proofErr w:type="spellStart"/>
      <w:r w:rsidRPr="002748A8">
        <w:t>oldindan</w:t>
      </w:r>
      <w:proofErr w:type="spellEnd"/>
      <w:r w:rsidRPr="002748A8">
        <w:t xml:space="preserve"> </w:t>
      </w:r>
      <w:proofErr w:type="spellStart"/>
      <w:r w:rsidRPr="002748A8">
        <w:t>nazarda</w:t>
      </w:r>
      <w:proofErr w:type="spellEnd"/>
      <w:r w:rsidRPr="002748A8">
        <w:t xml:space="preserve"> </w:t>
      </w:r>
      <w:proofErr w:type="spellStart"/>
      <w:r w:rsidRPr="002748A8">
        <w:t>tutishi</w:t>
      </w:r>
      <w:proofErr w:type="spellEnd"/>
      <w:r w:rsidRPr="002748A8">
        <w:t xml:space="preserve"> kerak.</w:t>
      </w:r>
    </w:p>
    <w:p w14:paraId="6A9355B7" w14:textId="5FD547F4" w:rsidR="002748A8" w:rsidRPr="002748A8" w:rsidRDefault="002748A8" w:rsidP="002748A8">
      <w:pPr>
        <w:spacing w:after="0" w:line="360" w:lineRule="auto"/>
        <w:ind w:firstLine="720"/>
        <w:jc w:val="both"/>
        <w:rPr>
          <w:b/>
          <w:bCs/>
        </w:rPr>
      </w:pPr>
      <w:proofErr w:type="spellStart"/>
      <w:r w:rsidRPr="002748A8">
        <w:rPr>
          <w:b/>
          <w:bCs/>
        </w:rPr>
        <w:t>Asosiy</w:t>
      </w:r>
      <w:proofErr w:type="spellEnd"/>
      <w:r w:rsidRPr="002748A8">
        <w:rPr>
          <w:b/>
          <w:bCs/>
        </w:rPr>
        <w:t xml:space="preserve"> </w:t>
      </w:r>
      <w:proofErr w:type="spellStart"/>
      <w:r>
        <w:rPr>
          <w:b/>
          <w:bCs/>
        </w:rPr>
        <w:t>t</w:t>
      </w:r>
      <w:r w:rsidRPr="002748A8">
        <w:rPr>
          <w:b/>
          <w:bCs/>
        </w:rPr>
        <w:t>ahlil</w:t>
      </w:r>
      <w:proofErr w:type="spellEnd"/>
      <w:r w:rsidRPr="002748A8">
        <w:rPr>
          <w:b/>
          <w:bCs/>
        </w:rPr>
        <w:t xml:space="preserve"> </w:t>
      </w:r>
    </w:p>
    <w:p w14:paraId="1F6B8018" w14:textId="77777777" w:rsidR="002748A8" w:rsidRDefault="002748A8" w:rsidP="002748A8">
      <w:pPr>
        <w:spacing w:after="0" w:line="360" w:lineRule="auto"/>
        <w:ind w:firstLine="720"/>
        <w:jc w:val="both"/>
      </w:pPr>
      <w:proofErr w:type="spellStart"/>
      <w:r w:rsidRPr="002748A8">
        <w:t>Milliy</w:t>
      </w:r>
      <w:proofErr w:type="spellEnd"/>
      <w:r w:rsidRPr="002748A8">
        <w:t xml:space="preserve"> </w:t>
      </w:r>
      <w:proofErr w:type="spellStart"/>
      <w:r w:rsidRPr="002748A8">
        <w:t>modelni</w:t>
      </w:r>
      <w:proofErr w:type="spellEnd"/>
      <w:r w:rsidRPr="002748A8">
        <w:t xml:space="preserve"> </w:t>
      </w:r>
      <w:proofErr w:type="spellStart"/>
      <w:r w:rsidRPr="002748A8">
        <w:t>shakllantirishning</w:t>
      </w:r>
      <w:proofErr w:type="spellEnd"/>
      <w:r w:rsidRPr="002748A8">
        <w:t xml:space="preserve"> </w:t>
      </w:r>
      <w:proofErr w:type="spellStart"/>
      <w:r w:rsidRPr="002748A8">
        <w:t>birinchi</w:t>
      </w:r>
      <w:proofErr w:type="spellEnd"/>
      <w:r w:rsidRPr="002748A8">
        <w:t xml:space="preserve"> </w:t>
      </w:r>
      <w:proofErr w:type="spellStart"/>
      <w:r w:rsidRPr="002748A8">
        <w:t>tayanchi</w:t>
      </w:r>
      <w:proofErr w:type="spellEnd"/>
      <w:r w:rsidRPr="002748A8">
        <w:t xml:space="preserve"> </w:t>
      </w:r>
      <w:proofErr w:type="spellStart"/>
      <w:r w:rsidRPr="002748A8">
        <w:t>sud</w:t>
      </w:r>
      <w:proofErr w:type="spellEnd"/>
      <w:r w:rsidRPr="002748A8">
        <w:t xml:space="preserve"> </w:t>
      </w:r>
      <w:proofErr w:type="spellStart"/>
      <w:r w:rsidRPr="002748A8">
        <w:t>hokimiyatining</w:t>
      </w:r>
      <w:proofErr w:type="spellEnd"/>
      <w:r w:rsidRPr="002748A8">
        <w:t xml:space="preserve"> </w:t>
      </w:r>
      <w:proofErr w:type="spellStart"/>
      <w:r w:rsidRPr="002748A8">
        <w:t>mustaqilligi</w:t>
      </w:r>
      <w:proofErr w:type="spellEnd"/>
      <w:r w:rsidRPr="002748A8">
        <w:t xml:space="preserve"> </w:t>
      </w:r>
      <w:proofErr w:type="spellStart"/>
      <w:r w:rsidRPr="002748A8">
        <w:t>va</w:t>
      </w:r>
      <w:proofErr w:type="spellEnd"/>
      <w:r w:rsidRPr="002748A8">
        <w:t xml:space="preserve"> </w:t>
      </w:r>
      <w:proofErr w:type="spellStart"/>
      <w:r w:rsidRPr="002748A8">
        <w:t>protsessual</w:t>
      </w:r>
      <w:proofErr w:type="spellEnd"/>
      <w:r w:rsidRPr="002748A8">
        <w:t xml:space="preserve"> </w:t>
      </w:r>
      <w:proofErr w:type="spellStart"/>
      <w:r w:rsidRPr="002748A8">
        <w:t>avtonomiyasidir</w:t>
      </w:r>
      <w:proofErr w:type="spellEnd"/>
      <w:r w:rsidRPr="002748A8">
        <w:t xml:space="preserve">. SI </w:t>
      </w:r>
      <w:proofErr w:type="spellStart"/>
      <w:proofErr w:type="gramStart"/>
      <w:r w:rsidRPr="002748A8">
        <w:t>qo‘</w:t>
      </w:r>
      <w:proofErr w:type="gramEnd"/>
      <w:r w:rsidRPr="002748A8">
        <w:t>llaniladigan</w:t>
      </w:r>
      <w:proofErr w:type="spellEnd"/>
      <w:r w:rsidRPr="002748A8">
        <w:t xml:space="preserve"> </w:t>
      </w:r>
      <w:proofErr w:type="spellStart"/>
      <w:r w:rsidRPr="002748A8">
        <w:t>muhitda</w:t>
      </w:r>
      <w:proofErr w:type="spellEnd"/>
      <w:r w:rsidRPr="002748A8">
        <w:t xml:space="preserve"> </w:t>
      </w:r>
      <w:proofErr w:type="spellStart"/>
      <w:r w:rsidRPr="002748A8">
        <w:t>mustaqillik</w:t>
      </w:r>
      <w:proofErr w:type="spellEnd"/>
      <w:r w:rsidRPr="002748A8">
        <w:t xml:space="preserve"> </w:t>
      </w:r>
      <w:proofErr w:type="spellStart"/>
      <w:r w:rsidRPr="002748A8">
        <w:t>faqat</w:t>
      </w:r>
      <w:proofErr w:type="spellEnd"/>
      <w:r w:rsidRPr="002748A8">
        <w:t xml:space="preserve"> </w:t>
      </w:r>
      <w:proofErr w:type="spellStart"/>
      <w:r w:rsidRPr="002748A8">
        <w:t>tashqi</w:t>
      </w:r>
      <w:proofErr w:type="spellEnd"/>
      <w:r w:rsidRPr="002748A8">
        <w:t xml:space="preserve"> </w:t>
      </w:r>
      <w:proofErr w:type="spellStart"/>
      <w:r w:rsidRPr="002748A8">
        <w:t>aralashuvdan</w:t>
      </w:r>
      <w:proofErr w:type="spellEnd"/>
      <w:r w:rsidRPr="002748A8">
        <w:t xml:space="preserve"> </w:t>
      </w:r>
      <w:proofErr w:type="spellStart"/>
      <w:r w:rsidRPr="002748A8">
        <w:t>himoya</w:t>
      </w:r>
      <w:proofErr w:type="spellEnd"/>
      <w:r w:rsidRPr="002748A8">
        <w:t xml:space="preserve"> </w:t>
      </w:r>
      <w:proofErr w:type="spellStart"/>
      <w:r w:rsidRPr="002748A8">
        <w:t>sifatida</w:t>
      </w:r>
      <w:proofErr w:type="spellEnd"/>
      <w:r w:rsidRPr="002748A8">
        <w:t xml:space="preserve"> </w:t>
      </w:r>
      <w:proofErr w:type="spellStart"/>
      <w:r w:rsidRPr="002748A8">
        <w:t>emas</w:t>
      </w:r>
      <w:proofErr w:type="spellEnd"/>
      <w:r w:rsidRPr="002748A8">
        <w:t xml:space="preserve">, </w:t>
      </w:r>
      <w:proofErr w:type="spellStart"/>
      <w:r w:rsidRPr="002748A8">
        <w:t>balki</w:t>
      </w:r>
      <w:proofErr w:type="spellEnd"/>
      <w:r w:rsidRPr="002748A8">
        <w:t xml:space="preserve"> </w:t>
      </w:r>
      <w:proofErr w:type="spellStart"/>
      <w:r w:rsidRPr="002748A8">
        <w:t>texnologik</w:t>
      </w:r>
      <w:proofErr w:type="spellEnd"/>
      <w:r w:rsidRPr="002748A8">
        <w:t xml:space="preserve"> </w:t>
      </w:r>
      <w:proofErr w:type="spellStart"/>
      <w:r w:rsidRPr="002748A8">
        <w:t>yetkazib</w:t>
      </w:r>
      <w:proofErr w:type="spellEnd"/>
      <w:r w:rsidRPr="002748A8">
        <w:t xml:space="preserve"> </w:t>
      </w:r>
      <w:proofErr w:type="spellStart"/>
      <w:r w:rsidRPr="002748A8">
        <w:t>beruvchilar</w:t>
      </w:r>
      <w:proofErr w:type="spellEnd"/>
      <w:r w:rsidRPr="002748A8">
        <w:t xml:space="preserve">, </w:t>
      </w:r>
      <w:proofErr w:type="spellStart"/>
      <w:r w:rsidRPr="002748A8">
        <w:t>ma’lumot</w:t>
      </w:r>
      <w:proofErr w:type="spellEnd"/>
      <w:r w:rsidRPr="002748A8">
        <w:t xml:space="preserve"> </w:t>
      </w:r>
      <w:proofErr w:type="spellStart"/>
      <w:r w:rsidRPr="002748A8">
        <w:t>operatorlari</w:t>
      </w:r>
      <w:proofErr w:type="spellEnd"/>
      <w:r w:rsidRPr="002748A8">
        <w:t xml:space="preserve"> </w:t>
      </w:r>
      <w:proofErr w:type="spellStart"/>
      <w:r w:rsidRPr="002748A8">
        <w:t>va</w:t>
      </w:r>
      <w:proofErr w:type="spellEnd"/>
      <w:r w:rsidRPr="002748A8">
        <w:t xml:space="preserve"> </w:t>
      </w:r>
      <w:proofErr w:type="spellStart"/>
      <w:r w:rsidRPr="002748A8">
        <w:t>algoritmik</w:t>
      </w:r>
      <w:proofErr w:type="spellEnd"/>
      <w:r w:rsidRPr="002748A8">
        <w:t xml:space="preserve"> </w:t>
      </w:r>
      <w:proofErr w:type="spellStart"/>
      <w:r w:rsidRPr="002748A8">
        <w:t>parametrlarni</w:t>
      </w:r>
      <w:proofErr w:type="spellEnd"/>
      <w:r w:rsidRPr="002748A8">
        <w:t xml:space="preserve"> </w:t>
      </w:r>
      <w:proofErr w:type="spellStart"/>
      <w:r w:rsidRPr="002748A8">
        <w:t>belgilovchi</w:t>
      </w:r>
      <w:proofErr w:type="spellEnd"/>
      <w:r w:rsidRPr="002748A8">
        <w:t xml:space="preserve"> </w:t>
      </w:r>
      <w:proofErr w:type="spellStart"/>
      <w:r w:rsidRPr="002748A8">
        <w:t>subyektlarning</w:t>
      </w:r>
      <w:proofErr w:type="spellEnd"/>
      <w:r w:rsidRPr="002748A8">
        <w:t xml:space="preserve"> </w:t>
      </w:r>
      <w:proofErr w:type="spellStart"/>
      <w:r w:rsidRPr="002748A8">
        <w:t>bilvosita</w:t>
      </w:r>
      <w:proofErr w:type="spellEnd"/>
      <w:r w:rsidRPr="002748A8">
        <w:t xml:space="preserve"> </w:t>
      </w:r>
      <w:proofErr w:type="spellStart"/>
      <w:r w:rsidRPr="002748A8">
        <w:t>ta’siridan</w:t>
      </w:r>
      <w:proofErr w:type="spellEnd"/>
      <w:r w:rsidRPr="002748A8">
        <w:t xml:space="preserve"> </w:t>
      </w:r>
      <w:proofErr w:type="spellStart"/>
      <w:r w:rsidRPr="002748A8">
        <w:t>himoya</w:t>
      </w:r>
      <w:proofErr w:type="spellEnd"/>
      <w:r w:rsidRPr="002748A8">
        <w:t xml:space="preserve"> </w:t>
      </w:r>
      <w:proofErr w:type="spellStart"/>
      <w:r w:rsidRPr="002748A8">
        <w:t>sifatida</w:t>
      </w:r>
      <w:proofErr w:type="spellEnd"/>
      <w:r w:rsidRPr="002748A8">
        <w:t xml:space="preserve"> ham </w:t>
      </w:r>
      <w:proofErr w:type="spellStart"/>
      <w:r w:rsidRPr="002748A8">
        <w:t>tushuniladi</w:t>
      </w:r>
      <w:proofErr w:type="spellEnd"/>
      <w:r w:rsidRPr="002748A8">
        <w:t xml:space="preserve">. Agar </w:t>
      </w:r>
      <w:proofErr w:type="spellStart"/>
      <w:r w:rsidRPr="002748A8">
        <w:t>sud</w:t>
      </w:r>
      <w:proofErr w:type="spellEnd"/>
      <w:r w:rsidRPr="002748A8">
        <w:t xml:space="preserve"> </w:t>
      </w:r>
      <w:proofErr w:type="spellStart"/>
      <w:r w:rsidRPr="002748A8">
        <w:t>axborot</w:t>
      </w:r>
      <w:proofErr w:type="spellEnd"/>
      <w:r w:rsidRPr="002748A8">
        <w:t xml:space="preserve"> </w:t>
      </w:r>
      <w:proofErr w:type="spellStart"/>
      <w:r w:rsidRPr="002748A8">
        <w:t>tizimi</w:t>
      </w:r>
      <w:proofErr w:type="spellEnd"/>
      <w:r w:rsidRPr="002748A8">
        <w:t xml:space="preserve"> </w:t>
      </w:r>
      <w:proofErr w:type="spellStart"/>
      <w:r w:rsidRPr="002748A8">
        <w:t>yoki</w:t>
      </w:r>
      <w:proofErr w:type="spellEnd"/>
      <w:r w:rsidRPr="002748A8">
        <w:t xml:space="preserve"> SI moduli “</w:t>
      </w:r>
      <w:proofErr w:type="spellStart"/>
      <w:r w:rsidRPr="002748A8">
        <w:t>qora</w:t>
      </w:r>
      <w:proofErr w:type="spellEnd"/>
      <w:r w:rsidRPr="002748A8">
        <w:t xml:space="preserve"> </w:t>
      </w:r>
      <w:proofErr w:type="spellStart"/>
      <w:r w:rsidRPr="002748A8">
        <w:t>quti</w:t>
      </w:r>
      <w:proofErr w:type="spellEnd"/>
      <w:r w:rsidRPr="002748A8">
        <w:t xml:space="preserve">” </w:t>
      </w:r>
      <w:proofErr w:type="spellStart"/>
      <w:proofErr w:type="gramStart"/>
      <w:r w:rsidRPr="002748A8">
        <w:t>bo‘</w:t>
      </w:r>
      <w:proofErr w:type="gramEnd"/>
      <w:r w:rsidRPr="002748A8">
        <w:t>lib</w:t>
      </w:r>
      <w:proofErr w:type="spellEnd"/>
      <w:r w:rsidRPr="002748A8">
        <w:t xml:space="preserve"> </w:t>
      </w:r>
      <w:proofErr w:type="spellStart"/>
      <w:r w:rsidRPr="002748A8">
        <w:t>qolsa</w:t>
      </w:r>
      <w:proofErr w:type="spellEnd"/>
      <w:r w:rsidRPr="002748A8">
        <w:t xml:space="preserve">, </w:t>
      </w:r>
      <w:proofErr w:type="spellStart"/>
      <w:r w:rsidRPr="002748A8">
        <w:t>sudya</w:t>
      </w:r>
      <w:proofErr w:type="spellEnd"/>
      <w:r w:rsidRPr="002748A8">
        <w:t xml:space="preserve"> </w:t>
      </w:r>
      <w:proofErr w:type="spellStart"/>
      <w:r w:rsidRPr="002748A8">
        <w:t>qaror</w:t>
      </w:r>
      <w:proofErr w:type="spellEnd"/>
      <w:r w:rsidRPr="002748A8">
        <w:t xml:space="preserve"> </w:t>
      </w:r>
      <w:proofErr w:type="spellStart"/>
      <w:r w:rsidRPr="002748A8">
        <w:t>qabul</w:t>
      </w:r>
      <w:proofErr w:type="spellEnd"/>
      <w:r w:rsidRPr="002748A8">
        <w:t xml:space="preserve"> </w:t>
      </w:r>
      <w:proofErr w:type="spellStart"/>
      <w:r w:rsidRPr="002748A8">
        <w:t>qilishga</w:t>
      </w:r>
      <w:proofErr w:type="spellEnd"/>
      <w:r w:rsidRPr="002748A8">
        <w:t xml:space="preserve"> </w:t>
      </w:r>
      <w:proofErr w:type="spellStart"/>
      <w:r w:rsidRPr="002748A8">
        <w:t>yordam</w:t>
      </w:r>
      <w:proofErr w:type="spellEnd"/>
      <w:r w:rsidRPr="002748A8">
        <w:t xml:space="preserve"> </w:t>
      </w:r>
      <w:proofErr w:type="spellStart"/>
      <w:r w:rsidRPr="002748A8">
        <w:t>beruvchi</w:t>
      </w:r>
      <w:proofErr w:type="spellEnd"/>
      <w:r w:rsidRPr="002748A8">
        <w:t xml:space="preserve"> </w:t>
      </w:r>
      <w:proofErr w:type="spellStart"/>
      <w:r w:rsidRPr="002748A8">
        <w:t>tavsiyaning</w:t>
      </w:r>
      <w:proofErr w:type="spellEnd"/>
      <w:r w:rsidRPr="002748A8">
        <w:t xml:space="preserve"> </w:t>
      </w:r>
      <w:proofErr w:type="spellStart"/>
      <w:r w:rsidRPr="002748A8">
        <w:t>manbai</w:t>
      </w:r>
      <w:proofErr w:type="spellEnd"/>
      <w:r w:rsidRPr="002748A8">
        <w:t xml:space="preserve"> </w:t>
      </w:r>
      <w:proofErr w:type="spellStart"/>
      <w:r w:rsidRPr="002748A8">
        <w:t>va</w:t>
      </w:r>
      <w:proofErr w:type="spellEnd"/>
      <w:r w:rsidRPr="002748A8">
        <w:t xml:space="preserve"> </w:t>
      </w:r>
      <w:proofErr w:type="spellStart"/>
      <w:r w:rsidRPr="002748A8">
        <w:t>mantiqini</w:t>
      </w:r>
      <w:proofErr w:type="spellEnd"/>
      <w:r w:rsidRPr="002748A8">
        <w:t xml:space="preserve"> </w:t>
      </w:r>
      <w:proofErr w:type="spellStart"/>
      <w:r w:rsidRPr="002748A8">
        <w:t>baholay</w:t>
      </w:r>
      <w:proofErr w:type="spellEnd"/>
      <w:r w:rsidRPr="002748A8">
        <w:t xml:space="preserve"> </w:t>
      </w:r>
      <w:proofErr w:type="spellStart"/>
      <w:r w:rsidRPr="002748A8">
        <w:t>olmaydi</w:t>
      </w:r>
      <w:proofErr w:type="spellEnd"/>
      <w:r w:rsidRPr="002748A8">
        <w:t xml:space="preserve">, </w:t>
      </w:r>
      <w:proofErr w:type="spellStart"/>
      <w:r w:rsidRPr="002748A8">
        <w:t>taraflar</w:t>
      </w:r>
      <w:proofErr w:type="spellEnd"/>
      <w:r w:rsidRPr="002748A8">
        <w:t xml:space="preserve"> </w:t>
      </w:r>
      <w:proofErr w:type="spellStart"/>
      <w:r w:rsidRPr="002748A8">
        <w:t>esa</w:t>
      </w:r>
      <w:proofErr w:type="spellEnd"/>
      <w:r w:rsidRPr="002748A8">
        <w:t xml:space="preserve"> </w:t>
      </w:r>
      <w:proofErr w:type="spellStart"/>
      <w:r w:rsidRPr="002748A8">
        <w:t>e’tiroz</w:t>
      </w:r>
      <w:proofErr w:type="spellEnd"/>
      <w:r w:rsidRPr="002748A8">
        <w:t xml:space="preserve"> </w:t>
      </w:r>
      <w:proofErr w:type="spellStart"/>
      <w:r w:rsidRPr="002748A8">
        <w:t>bildirishning</w:t>
      </w:r>
      <w:proofErr w:type="spellEnd"/>
      <w:r w:rsidRPr="002748A8">
        <w:t xml:space="preserve"> real </w:t>
      </w:r>
      <w:proofErr w:type="spellStart"/>
      <w:r w:rsidRPr="002748A8">
        <w:t>instrumentlariga</w:t>
      </w:r>
      <w:proofErr w:type="spellEnd"/>
      <w:r w:rsidRPr="002748A8">
        <w:t xml:space="preserve"> </w:t>
      </w:r>
      <w:proofErr w:type="spellStart"/>
      <w:r w:rsidRPr="002748A8">
        <w:t>ega</w:t>
      </w:r>
      <w:proofErr w:type="spellEnd"/>
      <w:r w:rsidRPr="002748A8">
        <w:t xml:space="preserve"> </w:t>
      </w:r>
      <w:proofErr w:type="spellStart"/>
      <w:proofErr w:type="gramStart"/>
      <w:r w:rsidRPr="002748A8">
        <w:t>bo‘</w:t>
      </w:r>
      <w:proofErr w:type="gramEnd"/>
      <w:r w:rsidRPr="002748A8">
        <w:t>lmaydi</w:t>
      </w:r>
      <w:proofErr w:type="spellEnd"/>
      <w:r w:rsidRPr="002748A8">
        <w:t xml:space="preserve">. Shu </w:t>
      </w:r>
      <w:proofErr w:type="spellStart"/>
      <w:r w:rsidRPr="002748A8">
        <w:t>sababli</w:t>
      </w:r>
      <w:proofErr w:type="spellEnd"/>
      <w:r w:rsidRPr="002748A8">
        <w:t xml:space="preserve">, </w:t>
      </w:r>
      <w:proofErr w:type="spellStart"/>
      <w:r w:rsidRPr="002748A8">
        <w:t>milliy</w:t>
      </w:r>
      <w:proofErr w:type="spellEnd"/>
      <w:r w:rsidRPr="002748A8">
        <w:t xml:space="preserve"> model SI </w:t>
      </w:r>
      <w:proofErr w:type="spellStart"/>
      <w:r w:rsidRPr="002748A8">
        <w:t>yordamchi</w:t>
      </w:r>
      <w:proofErr w:type="spellEnd"/>
      <w:r w:rsidRPr="002748A8">
        <w:t xml:space="preserve"> </w:t>
      </w:r>
      <w:proofErr w:type="spellStart"/>
      <w:r w:rsidRPr="002748A8">
        <w:t>funksiyalarini</w:t>
      </w:r>
      <w:proofErr w:type="spellEnd"/>
      <w:r w:rsidRPr="002748A8">
        <w:t xml:space="preserve"> </w:t>
      </w:r>
      <w:proofErr w:type="spellStart"/>
      <w:r w:rsidRPr="002748A8">
        <w:t>aniq</w:t>
      </w:r>
      <w:proofErr w:type="spellEnd"/>
      <w:r w:rsidRPr="002748A8">
        <w:t xml:space="preserve"> </w:t>
      </w:r>
      <w:proofErr w:type="spellStart"/>
      <w:r w:rsidRPr="002748A8">
        <w:t>chegaralash</w:t>
      </w:r>
      <w:proofErr w:type="spellEnd"/>
      <w:r w:rsidRPr="002748A8">
        <w:t xml:space="preserve">, </w:t>
      </w:r>
      <w:proofErr w:type="spellStart"/>
      <w:r w:rsidRPr="002748A8">
        <w:t>ularni</w:t>
      </w:r>
      <w:proofErr w:type="spellEnd"/>
      <w:r w:rsidRPr="002748A8">
        <w:t xml:space="preserve"> </w:t>
      </w:r>
      <w:proofErr w:type="spellStart"/>
      <w:r w:rsidRPr="002748A8">
        <w:t>protsessual</w:t>
      </w:r>
      <w:proofErr w:type="spellEnd"/>
      <w:r w:rsidRPr="002748A8">
        <w:t xml:space="preserve"> </w:t>
      </w:r>
      <w:proofErr w:type="spellStart"/>
      <w:r w:rsidRPr="002748A8">
        <w:t>huquq</w:t>
      </w:r>
      <w:proofErr w:type="spellEnd"/>
      <w:r w:rsidRPr="002748A8">
        <w:t xml:space="preserve"> </w:t>
      </w:r>
      <w:proofErr w:type="spellStart"/>
      <w:r w:rsidRPr="002748A8">
        <w:t>normalari</w:t>
      </w:r>
      <w:proofErr w:type="spellEnd"/>
      <w:r w:rsidRPr="002748A8">
        <w:t xml:space="preserve"> </w:t>
      </w:r>
      <w:proofErr w:type="spellStart"/>
      <w:r w:rsidRPr="002748A8">
        <w:t>bilan</w:t>
      </w:r>
      <w:proofErr w:type="spellEnd"/>
      <w:r w:rsidRPr="002748A8">
        <w:t xml:space="preserve"> “</w:t>
      </w:r>
      <w:proofErr w:type="spellStart"/>
      <w:proofErr w:type="gramStart"/>
      <w:r w:rsidRPr="002748A8">
        <w:t>bog‘</w:t>
      </w:r>
      <w:proofErr w:type="gramEnd"/>
      <w:r w:rsidRPr="002748A8">
        <w:t>lash</w:t>
      </w:r>
      <w:proofErr w:type="spellEnd"/>
      <w:r w:rsidRPr="002748A8">
        <w:t xml:space="preserve">” </w:t>
      </w:r>
      <w:proofErr w:type="spellStart"/>
      <w:r w:rsidRPr="002748A8">
        <w:t>va</w:t>
      </w:r>
      <w:proofErr w:type="spellEnd"/>
      <w:r w:rsidRPr="002748A8">
        <w:t xml:space="preserve"> </w:t>
      </w:r>
      <w:proofErr w:type="spellStart"/>
      <w:r w:rsidRPr="002748A8">
        <w:t>sudyaga</w:t>
      </w:r>
      <w:proofErr w:type="spellEnd"/>
      <w:r w:rsidRPr="002748A8">
        <w:t xml:space="preserve"> </w:t>
      </w:r>
      <w:proofErr w:type="spellStart"/>
      <w:r w:rsidRPr="002748A8">
        <w:t>yakuniy</w:t>
      </w:r>
      <w:proofErr w:type="spellEnd"/>
      <w:r w:rsidRPr="002748A8">
        <w:t xml:space="preserve"> </w:t>
      </w:r>
      <w:proofErr w:type="spellStart"/>
      <w:r w:rsidRPr="002748A8">
        <w:t>baholash</w:t>
      </w:r>
      <w:proofErr w:type="spellEnd"/>
      <w:r w:rsidRPr="002748A8">
        <w:t xml:space="preserve"> </w:t>
      </w:r>
      <w:proofErr w:type="spellStart"/>
      <w:r w:rsidRPr="002748A8">
        <w:t>vakolatini</w:t>
      </w:r>
      <w:proofErr w:type="spellEnd"/>
      <w:r w:rsidRPr="002748A8">
        <w:t xml:space="preserve"> </w:t>
      </w:r>
      <w:proofErr w:type="spellStart"/>
      <w:proofErr w:type="gramStart"/>
      <w:r w:rsidRPr="002748A8">
        <w:t>so‘</w:t>
      </w:r>
      <w:proofErr w:type="gramEnd"/>
      <w:r w:rsidRPr="002748A8">
        <w:t>zsiz</w:t>
      </w:r>
      <w:proofErr w:type="spellEnd"/>
      <w:r w:rsidRPr="002748A8">
        <w:t xml:space="preserve"> </w:t>
      </w:r>
      <w:proofErr w:type="spellStart"/>
      <w:r w:rsidRPr="002748A8">
        <w:t>qoldirish</w:t>
      </w:r>
      <w:proofErr w:type="spellEnd"/>
      <w:r w:rsidRPr="002748A8">
        <w:t xml:space="preserve"> </w:t>
      </w:r>
      <w:proofErr w:type="spellStart"/>
      <w:r w:rsidRPr="002748A8">
        <w:t>tamoyiliga</w:t>
      </w:r>
      <w:proofErr w:type="spellEnd"/>
      <w:r w:rsidRPr="002748A8">
        <w:t xml:space="preserve"> </w:t>
      </w:r>
      <w:proofErr w:type="spellStart"/>
      <w:r w:rsidRPr="002748A8">
        <w:t>tayanishi</w:t>
      </w:r>
      <w:proofErr w:type="spellEnd"/>
      <w:r w:rsidRPr="002748A8">
        <w:t xml:space="preserve"> </w:t>
      </w:r>
      <w:proofErr w:type="spellStart"/>
      <w:r w:rsidRPr="002748A8">
        <w:t>zarur</w:t>
      </w:r>
      <w:proofErr w:type="spellEnd"/>
      <w:r w:rsidRPr="002748A8">
        <w:t xml:space="preserve">. Bunda SI, </w:t>
      </w:r>
      <w:proofErr w:type="spellStart"/>
      <w:r w:rsidRPr="002748A8">
        <w:t>avvalo</w:t>
      </w:r>
      <w:proofErr w:type="spellEnd"/>
      <w:r w:rsidRPr="002748A8">
        <w:t xml:space="preserve">, </w:t>
      </w:r>
      <w:proofErr w:type="spellStart"/>
      <w:r w:rsidRPr="002748A8">
        <w:t>hujjat</w:t>
      </w:r>
      <w:proofErr w:type="spellEnd"/>
      <w:r w:rsidRPr="002748A8">
        <w:t xml:space="preserve"> </w:t>
      </w:r>
      <w:proofErr w:type="spellStart"/>
      <w:r w:rsidRPr="002748A8">
        <w:t>aylanishini</w:t>
      </w:r>
      <w:proofErr w:type="spellEnd"/>
      <w:r w:rsidRPr="002748A8">
        <w:t xml:space="preserve"> </w:t>
      </w:r>
      <w:proofErr w:type="spellStart"/>
      <w:r w:rsidRPr="002748A8">
        <w:t>optimallashtirish</w:t>
      </w:r>
      <w:proofErr w:type="spellEnd"/>
      <w:r w:rsidRPr="002748A8">
        <w:t xml:space="preserve">, </w:t>
      </w:r>
      <w:proofErr w:type="spellStart"/>
      <w:r w:rsidRPr="002748A8">
        <w:t>ishlarni</w:t>
      </w:r>
      <w:proofErr w:type="spellEnd"/>
      <w:r w:rsidRPr="002748A8">
        <w:t xml:space="preserve"> </w:t>
      </w:r>
      <w:proofErr w:type="spellStart"/>
      <w:r w:rsidRPr="002748A8">
        <w:t>taqsimlashda</w:t>
      </w:r>
      <w:proofErr w:type="spellEnd"/>
      <w:r w:rsidRPr="002748A8">
        <w:t xml:space="preserve"> </w:t>
      </w:r>
      <w:proofErr w:type="spellStart"/>
      <w:r w:rsidRPr="002748A8">
        <w:t>ehtiyotkor</w:t>
      </w:r>
      <w:proofErr w:type="spellEnd"/>
      <w:r w:rsidRPr="002748A8">
        <w:t xml:space="preserve"> </w:t>
      </w:r>
      <w:proofErr w:type="spellStart"/>
      <w:r w:rsidRPr="002748A8">
        <w:t>algoritmik</w:t>
      </w:r>
      <w:proofErr w:type="spellEnd"/>
      <w:r w:rsidRPr="002748A8">
        <w:t xml:space="preserve"> </w:t>
      </w:r>
      <w:proofErr w:type="spellStart"/>
      <w:r w:rsidRPr="002748A8">
        <w:t>ko‘mak</w:t>
      </w:r>
      <w:proofErr w:type="spellEnd"/>
      <w:r w:rsidRPr="002748A8">
        <w:t xml:space="preserve">, </w:t>
      </w:r>
      <w:proofErr w:type="spellStart"/>
      <w:r w:rsidRPr="002748A8">
        <w:t>muddatlarni</w:t>
      </w:r>
      <w:proofErr w:type="spellEnd"/>
      <w:r w:rsidRPr="002748A8">
        <w:t xml:space="preserve"> </w:t>
      </w:r>
      <w:proofErr w:type="spellStart"/>
      <w:r w:rsidRPr="002748A8">
        <w:t>nazorat</w:t>
      </w:r>
      <w:proofErr w:type="spellEnd"/>
      <w:r w:rsidRPr="002748A8">
        <w:t xml:space="preserve"> </w:t>
      </w:r>
      <w:proofErr w:type="spellStart"/>
      <w:r w:rsidRPr="002748A8">
        <w:t>qilish</w:t>
      </w:r>
      <w:proofErr w:type="spellEnd"/>
      <w:r w:rsidRPr="002748A8">
        <w:t xml:space="preserve">, </w:t>
      </w:r>
      <w:proofErr w:type="spellStart"/>
      <w:r w:rsidRPr="002748A8">
        <w:t>amaliyotdan</w:t>
      </w:r>
      <w:proofErr w:type="spellEnd"/>
      <w:r w:rsidRPr="002748A8">
        <w:t xml:space="preserve"> </w:t>
      </w:r>
      <w:proofErr w:type="spellStart"/>
      <w:r w:rsidRPr="002748A8">
        <w:t>iqtiboslar</w:t>
      </w:r>
      <w:proofErr w:type="spellEnd"/>
      <w:r w:rsidRPr="002748A8">
        <w:t xml:space="preserve"> </w:t>
      </w:r>
      <w:proofErr w:type="spellStart"/>
      <w:r w:rsidRPr="002748A8">
        <w:t>qidiruvi</w:t>
      </w:r>
      <w:proofErr w:type="spellEnd"/>
      <w:r w:rsidRPr="002748A8">
        <w:t xml:space="preserve">, </w:t>
      </w:r>
      <w:proofErr w:type="spellStart"/>
      <w:r w:rsidRPr="002748A8">
        <w:t>standart</w:t>
      </w:r>
      <w:proofErr w:type="spellEnd"/>
      <w:r w:rsidRPr="002748A8">
        <w:t xml:space="preserve"> </w:t>
      </w:r>
      <w:proofErr w:type="spellStart"/>
      <w:r w:rsidRPr="002748A8">
        <w:t>shakllarni</w:t>
      </w:r>
      <w:proofErr w:type="spellEnd"/>
      <w:r w:rsidRPr="002748A8">
        <w:t xml:space="preserve"> </w:t>
      </w:r>
      <w:proofErr w:type="spellStart"/>
      <w:r w:rsidRPr="002748A8">
        <w:t>tayyorlash</w:t>
      </w:r>
      <w:proofErr w:type="spellEnd"/>
      <w:r w:rsidRPr="002748A8">
        <w:t xml:space="preserve">, audio-video </w:t>
      </w:r>
      <w:proofErr w:type="spellStart"/>
      <w:r w:rsidRPr="002748A8">
        <w:t>yozuvlarni</w:t>
      </w:r>
      <w:proofErr w:type="spellEnd"/>
      <w:r w:rsidRPr="002748A8">
        <w:t xml:space="preserve"> </w:t>
      </w:r>
      <w:proofErr w:type="spellStart"/>
      <w:r w:rsidRPr="002748A8">
        <w:t>matnga</w:t>
      </w:r>
      <w:proofErr w:type="spellEnd"/>
      <w:r w:rsidRPr="002748A8">
        <w:t xml:space="preserve"> </w:t>
      </w:r>
      <w:proofErr w:type="spellStart"/>
      <w:r w:rsidRPr="002748A8">
        <w:t>ko‘chirish</w:t>
      </w:r>
      <w:proofErr w:type="spellEnd"/>
      <w:r w:rsidRPr="002748A8">
        <w:t xml:space="preserve"> </w:t>
      </w:r>
      <w:proofErr w:type="spellStart"/>
      <w:r w:rsidRPr="002748A8">
        <w:t>kabi</w:t>
      </w:r>
      <w:proofErr w:type="spellEnd"/>
      <w:r w:rsidRPr="002748A8">
        <w:t xml:space="preserve"> </w:t>
      </w:r>
      <w:proofErr w:type="spellStart"/>
      <w:r w:rsidRPr="002748A8">
        <w:t>protsessni</w:t>
      </w:r>
      <w:proofErr w:type="spellEnd"/>
      <w:r w:rsidRPr="002748A8">
        <w:t xml:space="preserve"> </w:t>
      </w:r>
      <w:proofErr w:type="spellStart"/>
      <w:r w:rsidRPr="002748A8">
        <w:t>tashkil</w:t>
      </w:r>
      <w:proofErr w:type="spellEnd"/>
      <w:r w:rsidRPr="002748A8">
        <w:t xml:space="preserve"> </w:t>
      </w:r>
      <w:proofErr w:type="spellStart"/>
      <w:r w:rsidRPr="002748A8">
        <w:t>etuvchi</w:t>
      </w:r>
      <w:proofErr w:type="spellEnd"/>
      <w:r w:rsidRPr="002748A8">
        <w:t xml:space="preserve"> </w:t>
      </w:r>
      <w:proofErr w:type="spellStart"/>
      <w:r w:rsidRPr="002748A8">
        <w:t>yordamchi</w:t>
      </w:r>
      <w:proofErr w:type="spellEnd"/>
      <w:r w:rsidRPr="002748A8">
        <w:t xml:space="preserve"> </w:t>
      </w:r>
      <w:proofErr w:type="spellStart"/>
      <w:r w:rsidRPr="002748A8">
        <w:t>bosqichlarda</w:t>
      </w:r>
      <w:proofErr w:type="spellEnd"/>
      <w:r w:rsidRPr="002748A8">
        <w:t xml:space="preserve"> </w:t>
      </w:r>
      <w:proofErr w:type="spellStart"/>
      <w:r w:rsidRPr="002748A8">
        <w:t>qo‘llanishi</w:t>
      </w:r>
      <w:proofErr w:type="spellEnd"/>
      <w:r w:rsidRPr="002748A8">
        <w:t xml:space="preserve"> </w:t>
      </w:r>
      <w:proofErr w:type="spellStart"/>
      <w:r w:rsidRPr="002748A8">
        <w:t>maqsadga</w:t>
      </w:r>
      <w:proofErr w:type="spellEnd"/>
      <w:r w:rsidRPr="002748A8">
        <w:t xml:space="preserve"> </w:t>
      </w:r>
      <w:proofErr w:type="spellStart"/>
      <w:r w:rsidRPr="002748A8">
        <w:t>muvofiqdir</w:t>
      </w:r>
      <w:proofErr w:type="spellEnd"/>
      <w:r w:rsidRPr="002748A8">
        <w:t xml:space="preserve">; ammo </w:t>
      </w:r>
      <w:proofErr w:type="spellStart"/>
      <w:r w:rsidRPr="002748A8">
        <w:t>dalillarni</w:t>
      </w:r>
      <w:proofErr w:type="spellEnd"/>
      <w:r w:rsidRPr="002748A8">
        <w:t xml:space="preserve"> </w:t>
      </w:r>
      <w:proofErr w:type="spellStart"/>
      <w:r w:rsidRPr="002748A8">
        <w:t>ishonchlilik</w:t>
      </w:r>
      <w:proofErr w:type="spellEnd"/>
      <w:r w:rsidRPr="002748A8">
        <w:t xml:space="preserve"> </w:t>
      </w:r>
      <w:proofErr w:type="spellStart"/>
      <w:r w:rsidRPr="002748A8">
        <w:t>bo‘yicha</w:t>
      </w:r>
      <w:proofErr w:type="spellEnd"/>
      <w:r w:rsidRPr="002748A8">
        <w:t xml:space="preserve"> </w:t>
      </w:r>
      <w:proofErr w:type="spellStart"/>
      <w:r w:rsidRPr="002748A8">
        <w:t>reytinglash</w:t>
      </w:r>
      <w:proofErr w:type="spellEnd"/>
      <w:r w:rsidRPr="002748A8">
        <w:t xml:space="preserve">, </w:t>
      </w:r>
      <w:proofErr w:type="spellStart"/>
      <w:r w:rsidRPr="002748A8">
        <w:t>shaxsning</w:t>
      </w:r>
      <w:proofErr w:type="spellEnd"/>
      <w:r w:rsidRPr="002748A8">
        <w:t xml:space="preserve"> “</w:t>
      </w:r>
      <w:proofErr w:type="spellStart"/>
      <w:r w:rsidRPr="002748A8">
        <w:t>xavflilik</w:t>
      </w:r>
      <w:proofErr w:type="spellEnd"/>
      <w:r w:rsidRPr="002748A8">
        <w:t xml:space="preserve">” </w:t>
      </w:r>
      <w:proofErr w:type="spellStart"/>
      <w:r w:rsidRPr="002748A8">
        <w:t>darajasini</w:t>
      </w:r>
      <w:proofErr w:type="spellEnd"/>
      <w:r w:rsidRPr="002748A8">
        <w:t xml:space="preserve"> </w:t>
      </w:r>
      <w:proofErr w:type="spellStart"/>
      <w:r w:rsidRPr="002748A8">
        <w:t>avtomatik</w:t>
      </w:r>
      <w:proofErr w:type="spellEnd"/>
      <w:r w:rsidRPr="002748A8">
        <w:t xml:space="preserve"> </w:t>
      </w:r>
      <w:proofErr w:type="spellStart"/>
      <w:r w:rsidRPr="002748A8">
        <w:t>belgilash</w:t>
      </w:r>
      <w:proofErr w:type="spellEnd"/>
      <w:r w:rsidRPr="002748A8">
        <w:t xml:space="preserve"> </w:t>
      </w:r>
      <w:proofErr w:type="spellStart"/>
      <w:r w:rsidRPr="002748A8">
        <w:t>yoki</w:t>
      </w:r>
      <w:proofErr w:type="spellEnd"/>
      <w:r w:rsidRPr="002748A8">
        <w:t xml:space="preserve"> </w:t>
      </w:r>
      <w:proofErr w:type="spellStart"/>
      <w:r w:rsidRPr="002748A8">
        <w:t>jazoni</w:t>
      </w:r>
      <w:proofErr w:type="spellEnd"/>
      <w:r w:rsidRPr="002748A8">
        <w:t xml:space="preserve"> </w:t>
      </w:r>
      <w:proofErr w:type="spellStart"/>
      <w:r w:rsidRPr="002748A8">
        <w:t>taklif</w:t>
      </w:r>
      <w:proofErr w:type="spellEnd"/>
      <w:r w:rsidRPr="002748A8">
        <w:t xml:space="preserve"> </w:t>
      </w:r>
      <w:proofErr w:type="spellStart"/>
      <w:r w:rsidRPr="002748A8">
        <w:t>etish</w:t>
      </w:r>
      <w:proofErr w:type="spellEnd"/>
      <w:r w:rsidRPr="002748A8">
        <w:t xml:space="preserve"> </w:t>
      </w:r>
      <w:proofErr w:type="spellStart"/>
      <w:r w:rsidRPr="002748A8">
        <w:t>kabi</w:t>
      </w:r>
      <w:proofErr w:type="spellEnd"/>
      <w:r w:rsidRPr="002748A8">
        <w:t xml:space="preserve"> </w:t>
      </w:r>
      <w:proofErr w:type="spellStart"/>
      <w:r w:rsidRPr="002748A8">
        <w:t>funksiyalar</w:t>
      </w:r>
      <w:proofErr w:type="spellEnd"/>
      <w:r w:rsidRPr="002748A8">
        <w:t xml:space="preserve">, </w:t>
      </w:r>
      <w:proofErr w:type="spellStart"/>
      <w:r w:rsidRPr="002748A8">
        <w:t>ayniqsa</w:t>
      </w:r>
      <w:proofErr w:type="spellEnd"/>
      <w:r w:rsidRPr="002748A8">
        <w:t xml:space="preserve"> </w:t>
      </w:r>
      <w:proofErr w:type="spellStart"/>
      <w:r w:rsidRPr="002748A8">
        <w:t>jinoyat</w:t>
      </w:r>
      <w:proofErr w:type="spellEnd"/>
      <w:r w:rsidRPr="002748A8">
        <w:t xml:space="preserve"> </w:t>
      </w:r>
      <w:proofErr w:type="spellStart"/>
      <w:r w:rsidRPr="002748A8">
        <w:t>protsessida</w:t>
      </w:r>
      <w:proofErr w:type="spellEnd"/>
      <w:r w:rsidRPr="002748A8">
        <w:t xml:space="preserve">, </w:t>
      </w:r>
      <w:proofErr w:type="spellStart"/>
      <w:r w:rsidRPr="002748A8">
        <w:t>juda</w:t>
      </w:r>
      <w:proofErr w:type="spellEnd"/>
      <w:r w:rsidRPr="002748A8">
        <w:t xml:space="preserve"> </w:t>
      </w:r>
      <w:proofErr w:type="spellStart"/>
      <w:r w:rsidRPr="002748A8">
        <w:t>yuqori</w:t>
      </w:r>
      <w:proofErr w:type="spellEnd"/>
      <w:r w:rsidRPr="002748A8">
        <w:t xml:space="preserve"> </w:t>
      </w:r>
      <w:proofErr w:type="spellStart"/>
      <w:r w:rsidRPr="002748A8">
        <w:t>riskli</w:t>
      </w:r>
      <w:proofErr w:type="spellEnd"/>
      <w:r w:rsidRPr="002748A8">
        <w:t xml:space="preserve"> segment </w:t>
      </w:r>
      <w:proofErr w:type="spellStart"/>
      <w:r w:rsidRPr="002748A8">
        <w:t>hisoblanadi</w:t>
      </w:r>
      <w:proofErr w:type="spellEnd"/>
      <w:r w:rsidRPr="002748A8">
        <w:t xml:space="preserve"> [5]. Bunday </w:t>
      </w:r>
      <w:proofErr w:type="spellStart"/>
      <w:r w:rsidRPr="002748A8">
        <w:t>segmentlarda</w:t>
      </w:r>
      <w:proofErr w:type="spellEnd"/>
      <w:r w:rsidRPr="002748A8">
        <w:t xml:space="preserve"> SI </w:t>
      </w:r>
      <w:proofErr w:type="spellStart"/>
      <w:proofErr w:type="gramStart"/>
      <w:r w:rsidRPr="002748A8">
        <w:t>qo‘</w:t>
      </w:r>
      <w:proofErr w:type="gramEnd"/>
      <w:r w:rsidRPr="002748A8">
        <w:t>llanishi</w:t>
      </w:r>
      <w:proofErr w:type="spellEnd"/>
      <w:r w:rsidRPr="002748A8">
        <w:t xml:space="preserve"> </w:t>
      </w:r>
      <w:proofErr w:type="spellStart"/>
      <w:proofErr w:type="gramStart"/>
      <w:r w:rsidRPr="002748A8">
        <w:t>bo‘</w:t>
      </w:r>
      <w:proofErr w:type="gramEnd"/>
      <w:r w:rsidRPr="002748A8">
        <w:t>lsa</w:t>
      </w:r>
      <w:proofErr w:type="spellEnd"/>
      <w:r w:rsidRPr="002748A8">
        <w:t xml:space="preserve"> ham, u </w:t>
      </w:r>
      <w:proofErr w:type="spellStart"/>
      <w:r w:rsidRPr="002748A8">
        <w:t>qat’iy</w:t>
      </w:r>
      <w:proofErr w:type="spellEnd"/>
      <w:r w:rsidRPr="002748A8">
        <w:t xml:space="preserve"> </w:t>
      </w:r>
      <w:proofErr w:type="spellStart"/>
      <w:r w:rsidRPr="002748A8">
        <w:t>cheklangan</w:t>
      </w:r>
      <w:proofErr w:type="spellEnd"/>
      <w:r w:rsidRPr="002748A8">
        <w:t xml:space="preserve">, </w:t>
      </w:r>
      <w:proofErr w:type="spellStart"/>
      <w:r w:rsidRPr="002748A8">
        <w:t>hujjatlashtirilgan</w:t>
      </w:r>
      <w:proofErr w:type="spellEnd"/>
      <w:r w:rsidRPr="002748A8">
        <w:t xml:space="preserve"> </w:t>
      </w:r>
      <w:proofErr w:type="spellStart"/>
      <w:r w:rsidRPr="002748A8">
        <w:t>va</w:t>
      </w:r>
      <w:proofErr w:type="spellEnd"/>
      <w:r w:rsidRPr="002748A8">
        <w:t xml:space="preserve"> </w:t>
      </w:r>
      <w:proofErr w:type="spellStart"/>
      <w:r w:rsidRPr="002748A8">
        <w:t>tekshiruvchan</w:t>
      </w:r>
      <w:proofErr w:type="spellEnd"/>
      <w:r w:rsidRPr="002748A8">
        <w:t xml:space="preserve"> </w:t>
      </w:r>
      <w:proofErr w:type="spellStart"/>
      <w:proofErr w:type="gramStart"/>
      <w:r w:rsidRPr="002748A8">
        <w:t>bo‘</w:t>
      </w:r>
      <w:proofErr w:type="gramEnd"/>
      <w:r w:rsidRPr="002748A8">
        <w:t>lishi</w:t>
      </w:r>
      <w:proofErr w:type="spellEnd"/>
      <w:r w:rsidRPr="002748A8">
        <w:t xml:space="preserve"> </w:t>
      </w:r>
      <w:proofErr w:type="spellStart"/>
      <w:r w:rsidRPr="002748A8">
        <w:t>kerak</w:t>
      </w:r>
      <w:proofErr w:type="spellEnd"/>
      <w:r w:rsidRPr="002748A8">
        <w:t>.</w:t>
      </w:r>
      <w:r>
        <w:tab/>
      </w:r>
    </w:p>
    <w:p w14:paraId="3D1038FC" w14:textId="77777777" w:rsidR="002748A8" w:rsidRDefault="002748A8" w:rsidP="002748A8">
      <w:pPr>
        <w:spacing w:after="0" w:line="360" w:lineRule="auto"/>
        <w:ind w:firstLine="720"/>
        <w:jc w:val="both"/>
      </w:pPr>
      <w:proofErr w:type="spellStart"/>
      <w:r w:rsidRPr="002748A8">
        <w:t>Ikkinchi</w:t>
      </w:r>
      <w:proofErr w:type="spellEnd"/>
      <w:r w:rsidRPr="002748A8">
        <w:t xml:space="preserve"> </w:t>
      </w:r>
      <w:proofErr w:type="spellStart"/>
      <w:r w:rsidRPr="002748A8">
        <w:t>tayanch</w:t>
      </w:r>
      <w:proofErr w:type="spellEnd"/>
      <w:r w:rsidRPr="002748A8">
        <w:t xml:space="preserve"> </w:t>
      </w:r>
      <w:proofErr w:type="spellStart"/>
      <w:r w:rsidRPr="002748A8">
        <w:t>ma’lumotlar</w:t>
      </w:r>
      <w:proofErr w:type="spellEnd"/>
      <w:r w:rsidRPr="002748A8">
        <w:t xml:space="preserve"> </w:t>
      </w:r>
      <w:proofErr w:type="spellStart"/>
      <w:r w:rsidRPr="002748A8">
        <w:t>sifati</w:t>
      </w:r>
      <w:proofErr w:type="spellEnd"/>
      <w:r w:rsidRPr="002748A8">
        <w:t xml:space="preserve"> </w:t>
      </w:r>
      <w:proofErr w:type="spellStart"/>
      <w:r w:rsidRPr="002748A8">
        <w:t>va</w:t>
      </w:r>
      <w:proofErr w:type="spellEnd"/>
      <w:r w:rsidRPr="002748A8">
        <w:t xml:space="preserve"> </w:t>
      </w:r>
      <w:proofErr w:type="spellStart"/>
      <w:r w:rsidRPr="002748A8">
        <w:t>ularning</w:t>
      </w:r>
      <w:proofErr w:type="spellEnd"/>
      <w:r w:rsidRPr="002748A8">
        <w:t xml:space="preserve"> </w:t>
      </w:r>
      <w:proofErr w:type="spellStart"/>
      <w:r w:rsidRPr="002748A8">
        <w:t>huquqiy</w:t>
      </w:r>
      <w:proofErr w:type="spellEnd"/>
      <w:r w:rsidRPr="002748A8">
        <w:t xml:space="preserve"> </w:t>
      </w:r>
      <w:proofErr w:type="spellStart"/>
      <w:r w:rsidRPr="002748A8">
        <w:t>rejimidir</w:t>
      </w:r>
      <w:proofErr w:type="spellEnd"/>
      <w:r w:rsidRPr="002748A8">
        <w:t xml:space="preserve">. SI </w:t>
      </w:r>
      <w:proofErr w:type="spellStart"/>
      <w:r w:rsidRPr="002748A8">
        <w:t>tizimi</w:t>
      </w:r>
      <w:proofErr w:type="spellEnd"/>
      <w:r w:rsidRPr="002748A8">
        <w:t xml:space="preserve"> </w:t>
      </w:r>
      <w:proofErr w:type="spellStart"/>
      <w:r w:rsidRPr="002748A8">
        <w:t>qanchalik</w:t>
      </w:r>
      <w:proofErr w:type="spellEnd"/>
      <w:r w:rsidRPr="002748A8">
        <w:t xml:space="preserve"> </w:t>
      </w:r>
      <w:proofErr w:type="spellStart"/>
      <w:r w:rsidRPr="002748A8">
        <w:t>murakkab</w:t>
      </w:r>
      <w:proofErr w:type="spellEnd"/>
      <w:r w:rsidRPr="002748A8">
        <w:t xml:space="preserve"> </w:t>
      </w:r>
      <w:proofErr w:type="spellStart"/>
      <w:proofErr w:type="gramStart"/>
      <w:r w:rsidRPr="002748A8">
        <w:t>bo‘</w:t>
      </w:r>
      <w:proofErr w:type="gramEnd"/>
      <w:r w:rsidRPr="002748A8">
        <w:t>lmasin</w:t>
      </w:r>
      <w:proofErr w:type="spellEnd"/>
      <w:r w:rsidRPr="002748A8">
        <w:t xml:space="preserve">, u </w:t>
      </w:r>
      <w:proofErr w:type="spellStart"/>
      <w:proofErr w:type="gramStart"/>
      <w:r w:rsidRPr="002748A8">
        <w:t>o‘</w:t>
      </w:r>
      <w:proofErr w:type="gramEnd"/>
      <w:r w:rsidRPr="002748A8">
        <w:t>rgatilgan</w:t>
      </w:r>
      <w:proofErr w:type="spellEnd"/>
      <w:r w:rsidRPr="002748A8">
        <w:t xml:space="preserve"> </w:t>
      </w:r>
      <w:proofErr w:type="spellStart"/>
      <w:r w:rsidRPr="002748A8">
        <w:t>ma’lumotlar</w:t>
      </w:r>
      <w:proofErr w:type="spellEnd"/>
      <w:r w:rsidRPr="002748A8">
        <w:t xml:space="preserve"> </w:t>
      </w:r>
      <w:proofErr w:type="spellStart"/>
      <w:proofErr w:type="gramStart"/>
      <w:r w:rsidRPr="002748A8">
        <w:t>to‘</w:t>
      </w:r>
      <w:proofErr w:type="gramEnd"/>
      <w:r w:rsidRPr="002748A8">
        <w:t>plamidagi</w:t>
      </w:r>
      <w:proofErr w:type="spellEnd"/>
      <w:r w:rsidRPr="002748A8">
        <w:t xml:space="preserve"> </w:t>
      </w:r>
      <w:proofErr w:type="spellStart"/>
      <w:r w:rsidRPr="002748A8">
        <w:t>xatolar</w:t>
      </w:r>
      <w:proofErr w:type="spellEnd"/>
      <w:r w:rsidRPr="002748A8">
        <w:t xml:space="preserve">, </w:t>
      </w:r>
      <w:proofErr w:type="spellStart"/>
      <w:r w:rsidRPr="002748A8">
        <w:t>tizimli</w:t>
      </w:r>
      <w:proofErr w:type="spellEnd"/>
      <w:r w:rsidRPr="002748A8">
        <w:t xml:space="preserve"> </w:t>
      </w:r>
      <w:proofErr w:type="spellStart"/>
      <w:r w:rsidRPr="002748A8">
        <w:t>notekislik</w:t>
      </w:r>
      <w:proofErr w:type="spellEnd"/>
      <w:r w:rsidRPr="002748A8">
        <w:t xml:space="preserve"> </w:t>
      </w:r>
      <w:proofErr w:type="spellStart"/>
      <w:r w:rsidRPr="002748A8">
        <w:t>va</w:t>
      </w:r>
      <w:proofErr w:type="spellEnd"/>
      <w:r w:rsidRPr="002748A8">
        <w:t xml:space="preserve"> </w:t>
      </w:r>
      <w:proofErr w:type="spellStart"/>
      <w:r w:rsidRPr="002748A8">
        <w:t>tarixiy</w:t>
      </w:r>
      <w:proofErr w:type="spellEnd"/>
      <w:r w:rsidRPr="002748A8">
        <w:t xml:space="preserve"> </w:t>
      </w:r>
      <w:proofErr w:type="spellStart"/>
      <w:r w:rsidRPr="002748A8">
        <w:t>amaliyotdagi</w:t>
      </w:r>
      <w:proofErr w:type="spellEnd"/>
      <w:r w:rsidRPr="002748A8">
        <w:t xml:space="preserve"> </w:t>
      </w:r>
      <w:proofErr w:type="spellStart"/>
      <w:proofErr w:type="gramStart"/>
      <w:r w:rsidRPr="002748A8">
        <w:t>og‘</w:t>
      </w:r>
      <w:proofErr w:type="gramEnd"/>
      <w:r w:rsidRPr="002748A8">
        <w:t>ishlarni</w:t>
      </w:r>
      <w:proofErr w:type="spellEnd"/>
      <w:r w:rsidRPr="002748A8">
        <w:t xml:space="preserve"> </w:t>
      </w:r>
      <w:proofErr w:type="spellStart"/>
      <w:proofErr w:type="gramStart"/>
      <w:r w:rsidRPr="002748A8">
        <w:t>ko‘</w:t>
      </w:r>
      <w:proofErr w:type="gramEnd"/>
      <w:r w:rsidRPr="002748A8">
        <w:t>paytirishi</w:t>
      </w:r>
      <w:proofErr w:type="spellEnd"/>
      <w:r w:rsidRPr="002748A8">
        <w:t xml:space="preserve"> </w:t>
      </w:r>
      <w:proofErr w:type="spellStart"/>
      <w:r w:rsidRPr="002748A8">
        <w:t>mumkin</w:t>
      </w:r>
      <w:proofErr w:type="spellEnd"/>
      <w:r w:rsidRPr="002748A8">
        <w:t xml:space="preserve">. Bu </w:t>
      </w:r>
      <w:proofErr w:type="spellStart"/>
      <w:r w:rsidRPr="002748A8">
        <w:t>holat</w:t>
      </w:r>
      <w:proofErr w:type="spellEnd"/>
      <w:r w:rsidRPr="002748A8">
        <w:t xml:space="preserve"> “</w:t>
      </w:r>
      <w:proofErr w:type="spellStart"/>
      <w:r w:rsidRPr="002748A8">
        <w:t>algoritmik</w:t>
      </w:r>
      <w:proofErr w:type="spellEnd"/>
      <w:r w:rsidRPr="002748A8">
        <w:t xml:space="preserve"> </w:t>
      </w:r>
      <w:proofErr w:type="spellStart"/>
      <w:r w:rsidRPr="002748A8">
        <w:t>tarafkashlik</w:t>
      </w:r>
      <w:proofErr w:type="spellEnd"/>
      <w:r w:rsidRPr="002748A8">
        <w:t xml:space="preserve">” </w:t>
      </w:r>
      <w:proofErr w:type="spellStart"/>
      <w:r w:rsidRPr="002748A8">
        <w:t>muammosini</w:t>
      </w:r>
      <w:proofErr w:type="spellEnd"/>
      <w:r w:rsidRPr="002748A8">
        <w:t xml:space="preserve"> </w:t>
      </w:r>
      <w:proofErr w:type="spellStart"/>
      <w:r w:rsidRPr="002748A8">
        <w:t>yuzaga</w:t>
      </w:r>
      <w:proofErr w:type="spellEnd"/>
      <w:r w:rsidRPr="002748A8">
        <w:t xml:space="preserve"> </w:t>
      </w:r>
      <w:proofErr w:type="spellStart"/>
      <w:r w:rsidRPr="002748A8">
        <w:t>keltiradi</w:t>
      </w:r>
      <w:proofErr w:type="spellEnd"/>
      <w:r w:rsidRPr="002748A8">
        <w:t xml:space="preserve">, </w:t>
      </w:r>
      <w:proofErr w:type="spellStart"/>
      <w:r w:rsidRPr="002748A8">
        <w:t>uning</w:t>
      </w:r>
      <w:proofErr w:type="spellEnd"/>
      <w:r w:rsidRPr="002748A8">
        <w:t xml:space="preserve"> </w:t>
      </w:r>
      <w:proofErr w:type="spellStart"/>
      <w:r w:rsidRPr="002748A8">
        <w:t>oqibatida</w:t>
      </w:r>
      <w:proofErr w:type="spellEnd"/>
      <w:r w:rsidRPr="002748A8">
        <w:t xml:space="preserve"> </w:t>
      </w:r>
      <w:proofErr w:type="spellStart"/>
      <w:r w:rsidRPr="002748A8">
        <w:t>ayrim</w:t>
      </w:r>
      <w:proofErr w:type="spellEnd"/>
      <w:r w:rsidRPr="002748A8">
        <w:t xml:space="preserve"> </w:t>
      </w:r>
      <w:proofErr w:type="spellStart"/>
      <w:r w:rsidRPr="002748A8">
        <w:t>toifadagi</w:t>
      </w:r>
      <w:proofErr w:type="spellEnd"/>
      <w:r w:rsidRPr="002748A8">
        <w:t xml:space="preserve"> </w:t>
      </w:r>
      <w:proofErr w:type="spellStart"/>
      <w:r w:rsidRPr="002748A8">
        <w:t>shaxslar</w:t>
      </w:r>
      <w:proofErr w:type="spellEnd"/>
      <w:r w:rsidRPr="002748A8">
        <w:t xml:space="preserve"> </w:t>
      </w:r>
      <w:proofErr w:type="spellStart"/>
      <w:r w:rsidRPr="002748A8">
        <w:t>yoki</w:t>
      </w:r>
      <w:proofErr w:type="spellEnd"/>
      <w:r w:rsidRPr="002748A8">
        <w:t xml:space="preserve"> </w:t>
      </w:r>
      <w:proofErr w:type="spellStart"/>
      <w:r w:rsidRPr="002748A8">
        <w:t>nizolar</w:t>
      </w:r>
      <w:proofErr w:type="spellEnd"/>
      <w:r w:rsidRPr="002748A8">
        <w:t xml:space="preserve"> </w:t>
      </w:r>
      <w:proofErr w:type="spellStart"/>
      <w:r w:rsidRPr="002748A8">
        <w:t>guruhlari</w:t>
      </w:r>
      <w:proofErr w:type="spellEnd"/>
      <w:r w:rsidRPr="002748A8">
        <w:t xml:space="preserve"> </w:t>
      </w:r>
      <w:proofErr w:type="spellStart"/>
      <w:proofErr w:type="gramStart"/>
      <w:r w:rsidRPr="002748A8">
        <w:t>bo‘</w:t>
      </w:r>
      <w:proofErr w:type="gramEnd"/>
      <w:r w:rsidRPr="002748A8">
        <w:t>yicha</w:t>
      </w:r>
      <w:proofErr w:type="spellEnd"/>
      <w:r w:rsidRPr="002748A8">
        <w:t xml:space="preserve"> </w:t>
      </w:r>
      <w:proofErr w:type="spellStart"/>
      <w:r w:rsidRPr="002748A8">
        <w:t>tavsiyalar</w:t>
      </w:r>
      <w:proofErr w:type="spellEnd"/>
      <w:r w:rsidRPr="002748A8">
        <w:t xml:space="preserve"> </w:t>
      </w:r>
      <w:proofErr w:type="spellStart"/>
      <w:r w:rsidRPr="002748A8">
        <w:t>muntazam</w:t>
      </w:r>
      <w:proofErr w:type="spellEnd"/>
      <w:r w:rsidRPr="002748A8">
        <w:t xml:space="preserve"> </w:t>
      </w:r>
      <w:proofErr w:type="spellStart"/>
      <w:r w:rsidRPr="002748A8">
        <w:t>ravishda</w:t>
      </w:r>
      <w:proofErr w:type="spellEnd"/>
      <w:r w:rsidRPr="002748A8">
        <w:t xml:space="preserve"> </w:t>
      </w:r>
      <w:proofErr w:type="spellStart"/>
      <w:r w:rsidRPr="002748A8">
        <w:t>bir</w:t>
      </w:r>
      <w:proofErr w:type="spellEnd"/>
      <w:r w:rsidRPr="002748A8">
        <w:t xml:space="preserve"> </w:t>
      </w:r>
      <w:proofErr w:type="spellStart"/>
      <w:r w:rsidRPr="002748A8">
        <w:t>yoqlama</w:t>
      </w:r>
      <w:proofErr w:type="spellEnd"/>
      <w:r w:rsidRPr="002748A8">
        <w:t xml:space="preserve"> </w:t>
      </w:r>
      <w:proofErr w:type="spellStart"/>
      <w:proofErr w:type="gramStart"/>
      <w:r w:rsidRPr="002748A8">
        <w:t>bo‘</w:t>
      </w:r>
      <w:proofErr w:type="gramEnd"/>
      <w:r w:rsidRPr="002748A8">
        <w:t>lib</w:t>
      </w:r>
      <w:proofErr w:type="spellEnd"/>
      <w:r w:rsidRPr="002748A8">
        <w:t xml:space="preserve"> </w:t>
      </w:r>
      <w:proofErr w:type="spellStart"/>
      <w:r w:rsidRPr="002748A8">
        <w:t>qolishi</w:t>
      </w:r>
      <w:proofErr w:type="spellEnd"/>
      <w:r w:rsidRPr="002748A8">
        <w:t xml:space="preserve"> </w:t>
      </w:r>
      <w:proofErr w:type="spellStart"/>
      <w:r w:rsidRPr="002748A8">
        <w:t>ehtimoli</w:t>
      </w:r>
      <w:proofErr w:type="spellEnd"/>
      <w:r w:rsidRPr="002748A8">
        <w:t xml:space="preserve"> </w:t>
      </w:r>
      <w:proofErr w:type="spellStart"/>
      <w:r w:rsidRPr="002748A8">
        <w:t>ortadi</w:t>
      </w:r>
      <w:proofErr w:type="spellEnd"/>
      <w:r w:rsidRPr="002748A8">
        <w:t xml:space="preserve"> [3]. Shu </w:t>
      </w:r>
      <w:proofErr w:type="spellStart"/>
      <w:r w:rsidRPr="002748A8">
        <w:t>bois</w:t>
      </w:r>
      <w:proofErr w:type="spellEnd"/>
      <w:r w:rsidRPr="002748A8">
        <w:t xml:space="preserve"> </w:t>
      </w:r>
      <w:proofErr w:type="spellStart"/>
      <w:r w:rsidRPr="002748A8">
        <w:t>milliy</w:t>
      </w:r>
      <w:proofErr w:type="spellEnd"/>
      <w:r w:rsidRPr="002748A8">
        <w:t xml:space="preserve"> </w:t>
      </w:r>
      <w:proofErr w:type="spellStart"/>
      <w:r w:rsidRPr="002748A8">
        <w:t>tartibga</w:t>
      </w:r>
      <w:proofErr w:type="spellEnd"/>
      <w:r w:rsidRPr="002748A8">
        <w:t xml:space="preserve"> </w:t>
      </w:r>
      <w:proofErr w:type="spellStart"/>
      <w:r w:rsidRPr="002748A8">
        <w:t>solishda</w:t>
      </w:r>
      <w:proofErr w:type="spellEnd"/>
      <w:r w:rsidRPr="002748A8">
        <w:t xml:space="preserve"> </w:t>
      </w:r>
      <w:proofErr w:type="spellStart"/>
      <w:r w:rsidRPr="002748A8">
        <w:t>sud</w:t>
      </w:r>
      <w:proofErr w:type="spellEnd"/>
      <w:r w:rsidRPr="002748A8">
        <w:t xml:space="preserve"> </w:t>
      </w:r>
      <w:proofErr w:type="spellStart"/>
      <w:r w:rsidRPr="002748A8">
        <w:lastRenderedPageBreak/>
        <w:t>ma’lumotlarining</w:t>
      </w:r>
      <w:proofErr w:type="spellEnd"/>
      <w:r w:rsidRPr="002748A8">
        <w:t xml:space="preserve"> </w:t>
      </w:r>
      <w:proofErr w:type="spellStart"/>
      <w:proofErr w:type="gramStart"/>
      <w:r w:rsidRPr="002748A8">
        <w:t>yig‘</w:t>
      </w:r>
      <w:proofErr w:type="gramEnd"/>
      <w:r w:rsidRPr="002748A8">
        <w:t>ilishi</w:t>
      </w:r>
      <w:proofErr w:type="spellEnd"/>
      <w:r w:rsidRPr="002748A8">
        <w:t xml:space="preserve">, </w:t>
      </w:r>
      <w:proofErr w:type="spellStart"/>
      <w:r w:rsidRPr="002748A8">
        <w:t>anonimlashtirilishi</w:t>
      </w:r>
      <w:proofErr w:type="spellEnd"/>
      <w:r w:rsidRPr="002748A8">
        <w:t xml:space="preserve">, </w:t>
      </w:r>
      <w:proofErr w:type="spellStart"/>
      <w:r w:rsidRPr="002748A8">
        <w:t>maqsadga</w:t>
      </w:r>
      <w:proofErr w:type="spellEnd"/>
      <w:r w:rsidRPr="002748A8">
        <w:t xml:space="preserve"> </w:t>
      </w:r>
      <w:proofErr w:type="spellStart"/>
      <w:r w:rsidRPr="002748A8">
        <w:t>muvofiqligi</w:t>
      </w:r>
      <w:proofErr w:type="spellEnd"/>
      <w:r w:rsidRPr="002748A8">
        <w:t xml:space="preserve"> </w:t>
      </w:r>
      <w:proofErr w:type="spellStart"/>
      <w:r w:rsidRPr="002748A8">
        <w:t>va</w:t>
      </w:r>
      <w:proofErr w:type="spellEnd"/>
      <w:r w:rsidRPr="002748A8">
        <w:t xml:space="preserve"> minimal </w:t>
      </w:r>
      <w:proofErr w:type="spellStart"/>
      <w:r w:rsidRPr="002748A8">
        <w:t>yetarliligi</w:t>
      </w:r>
      <w:proofErr w:type="spellEnd"/>
      <w:r w:rsidRPr="002748A8">
        <w:t xml:space="preserve">, </w:t>
      </w:r>
      <w:proofErr w:type="spellStart"/>
      <w:r w:rsidRPr="002748A8">
        <w:t>shuningdek</w:t>
      </w:r>
      <w:proofErr w:type="spellEnd"/>
      <w:r w:rsidRPr="002748A8">
        <w:t xml:space="preserve"> </w:t>
      </w:r>
      <w:proofErr w:type="spellStart"/>
      <w:r w:rsidRPr="002748A8">
        <w:t>saqlash</w:t>
      </w:r>
      <w:proofErr w:type="spellEnd"/>
      <w:r w:rsidRPr="002748A8">
        <w:t xml:space="preserve"> </w:t>
      </w:r>
      <w:proofErr w:type="spellStart"/>
      <w:r w:rsidRPr="002748A8">
        <w:t>muddatlari</w:t>
      </w:r>
      <w:proofErr w:type="spellEnd"/>
      <w:r w:rsidRPr="002748A8">
        <w:t xml:space="preserve"> </w:t>
      </w:r>
      <w:proofErr w:type="spellStart"/>
      <w:r w:rsidRPr="002748A8">
        <w:t>aniq</w:t>
      </w:r>
      <w:proofErr w:type="spellEnd"/>
      <w:r w:rsidRPr="002748A8">
        <w:t xml:space="preserve"> </w:t>
      </w:r>
      <w:proofErr w:type="spellStart"/>
      <w:r w:rsidRPr="002748A8">
        <w:t>belgilanishi</w:t>
      </w:r>
      <w:proofErr w:type="spellEnd"/>
      <w:r w:rsidRPr="002748A8">
        <w:t xml:space="preserve"> </w:t>
      </w:r>
      <w:proofErr w:type="spellStart"/>
      <w:r w:rsidRPr="002748A8">
        <w:t>lozim</w:t>
      </w:r>
      <w:proofErr w:type="spellEnd"/>
      <w:r w:rsidRPr="002748A8">
        <w:t xml:space="preserve">. </w:t>
      </w:r>
      <w:proofErr w:type="spellStart"/>
      <w:r w:rsidRPr="002748A8">
        <w:t>Shaxsiy</w:t>
      </w:r>
      <w:proofErr w:type="spellEnd"/>
      <w:r w:rsidRPr="002748A8">
        <w:t xml:space="preserve"> </w:t>
      </w:r>
      <w:proofErr w:type="spellStart"/>
      <w:r w:rsidRPr="002748A8">
        <w:t>ma’lumotlarni</w:t>
      </w:r>
      <w:proofErr w:type="spellEnd"/>
      <w:r w:rsidRPr="002748A8">
        <w:t xml:space="preserve"> </w:t>
      </w:r>
      <w:proofErr w:type="spellStart"/>
      <w:r w:rsidRPr="002748A8">
        <w:t>himoya</w:t>
      </w:r>
      <w:proofErr w:type="spellEnd"/>
      <w:r w:rsidRPr="002748A8">
        <w:t xml:space="preserve"> </w:t>
      </w:r>
      <w:proofErr w:type="spellStart"/>
      <w:r w:rsidRPr="002748A8">
        <w:t>qilish</w:t>
      </w:r>
      <w:proofErr w:type="spellEnd"/>
      <w:r w:rsidRPr="002748A8">
        <w:t xml:space="preserve"> </w:t>
      </w:r>
      <w:proofErr w:type="spellStart"/>
      <w:r w:rsidRPr="002748A8">
        <w:t>talablarining</w:t>
      </w:r>
      <w:proofErr w:type="spellEnd"/>
      <w:r w:rsidRPr="002748A8">
        <w:t xml:space="preserve"> </w:t>
      </w:r>
      <w:proofErr w:type="spellStart"/>
      <w:r w:rsidRPr="002748A8">
        <w:t>sud</w:t>
      </w:r>
      <w:proofErr w:type="spellEnd"/>
      <w:r w:rsidRPr="002748A8">
        <w:t xml:space="preserve"> </w:t>
      </w:r>
      <w:proofErr w:type="spellStart"/>
      <w:r w:rsidRPr="002748A8">
        <w:t>axborot</w:t>
      </w:r>
      <w:proofErr w:type="spellEnd"/>
      <w:r w:rsidRPr="002748A8">
        <w:t xml:space="preserve"> </w:t>
      </w:r>
      <w:proofErr w:type="spellStart"/>
      <w:r w:rsidRPr="002748A8">
        <w:t>tizimlari</w:t>
      </w:r>
      <w:proofErr w:type="spellEnd"/>
      <w:r w:rsidRPr="002748A8">
        <w:t xml:space="preserve"> </w:t>
      </w:r>
      <w:proofErr w:type="spellStart"/>
      <w:r w:rsidRPr="002748A8">
        <w:t>bilan</w:t>
      </w:r>
      <w:proofErr w:type="spellEnd"/>
      <w:r w:rsidRPr="002748A8">
        <w:t xml:space="preserve"> </w:t>
      </w:r>
      <w:proofErr w:type="spellStart"/>
      <w:proofErr w:type="gramStart"/>
      <w:r w:rsidRPr="002748A8">
        <w:t>uyg‘</w:t>
      </w:r>
      <w:proofErr w:type="gramEnd"/>
      <w:r w:rsidRPr="002748A8">
        <w:t>unlashuvi</w:t>
      </w:r>
      <w:proofErr w:type="spellEnd"/>
      <w:r w:rsidRPr="002748A8">
        <w:t xml:space="preserve">, </w:t>
      </w:r>
      <w:proofErr w:type="spellStart"/>
      <w:r w:rsidRPr="002748A8">
        <w:t>ayniqsa</w:t>
      </w:r>
      <w:proofErr w:type="spellEnd"/>
      <w:r w:rsidRPr="002748A8">
        <w:t xml:space="preserve">, audio </w:t>
      </w:r>
      <w:proofErr w:type="spellStart"/>
      <w:r w:rsidRPr="002748A8">
        <w:t>yozuvlar</w:t>
      </w:r>
      <w:proofErr w:type="spellEnd"/>
      <w:r w:rsidRPr="002748A8">
        <w:t xml:space="preserve">, </w:t>
      </w:r>
      <w:proofErr w:type="spellStart"/>
      <w:r w:rsidRPr="002748A8">
        <w:t>biometrik</w:t>
      </w:r>
      <w:proofErr w:type="spellEnd"/>
      <w:r w:rsidRPr="002748A8">
        <w:t xml:space="preserve"> </w:t>
      </w:r>
      <w:proofErr w:type="spellStart"/>
      <w:r w:rsidRPr="002748A8">
        <w:t>ma’lumotlar</w:t>
      </w:r>
      <w:proofErr w:type="spellEnd"/>
      <w:r w:rsidRPr="002748A8">
        <w:t xml:space="preserve">, </w:t>
      </w:r>
      <w:proofErr w:type="spellStart"/>
      <w:r w:rsidRPr="002748A8">
        <w:t>geolokatsiya</w:t>
      </w:r>
      <w:proofErr w:type="spellEnd"/>
      <w:r w:rsidRPr="002748A8">
        <w:t xml:space="preserve"> </w:t>
      </w:r>
      <w:proofErr w:type="spellStart"/>
      <w:r w:rsidRPr="002748A8">
        <w:t>yoki</w:t>
      </w:r>
      <w:proofErr w:type="spellEnd"/>
      <w:r w:rsidRPr="002748A8">
        <w:t xml:space="preserve"> digital </w:t>
      </w:r>
      <w:proofErr w:type="spellStart"/>
      <w:r w:rsidRPr="002748A8">
        <w:t>izlar</w:t>
      </w:r>
      <w:proofErr w:type="spellEnd"/>
      <w:r w:rsidRPr="002748A8">
        <w:t xml:space="preserve"> </w:t>
      </w:r>
      <w:proofErr w:type="spellStart"/>
      <w:r w:rsidRPr="002748A8">
        <w:t>ishlatilganda</w:t>
      </w:r>
      <w:proofErr w:type="spellEnd"/>
      <w:r w:rsidRPr="002748A8">
        <w:t xml:space="preserve">, </w:t>
      </w:r>
      <w:proofErr w:type="spellStart"/>
      <w:r w:rsidRPr="002748A8">
        <w:t>alohida</w:t>
      </w:r>
      <w:proofErr w:type="spellEnd"/>
      <w:r w:rsidRPr="002748A8">
        <w:t xml:space="preserve"> </w:t>
      </w:r>
      <w:proofErr w:type="spellStart"/>
      <w:r w:rsidRPr="002748A8">
        <w:t>e’tibor</w:t>
      </w:r>
      <w:proofErr w:type="spellEnd"/>
      <w:r w:rsidRPr="002748A8">
        <w:t xml:space="preserve"> talab </w:t>
      </w:r>
      <w:proofErr w:type="spellStart"/>
      <w:r w:rsidRPr="002748A8">
        <w:t>qiladi</w:t>
      </w:r>
      <w:proofErr w:type="spellEnd"/>
      <w:r w:rsidRPr="002748A8">
        <w:t xml:space="preserve">. Bu </w:t>
      </w:r>
      <w:proofErr w:type="spellStart"/>
      <w:r w:rsidRPr="002748A8">
        <w:t>yerda</w:t>
      </w:r>
      <w:proofErr w:type="spellEnd"/>
      <w:r w:rsidRPr="002748A8">
        <w:t xml:space="preserve"> </w:t>
      </w:r>
      <w:proofErr w:type="spellStart"/>
      <w:r w:rsidRPr="002748A8">
        <w:t>muammo</w:t>
      </w:r>
      <w:proofErr w:type="spellEnd"/>
      <w:r w:rsidRPr="002748A8">
        <w:t xml:space="preserve"> </w:t>
      </w:r>
      <w:proofErr w:type="spellStart"/>
      <w:r w:rsidRPr="002748A8">
        <w:t>shundaki</w:t>
      </w:r>
      <w:proofErr w:type="spellEnd"/>
      <w:r w:rsidRPr="002748A8">
        <w:t xml:space="preserve">, </w:t>
      </w:r>
      <w:proofErr w:type="spellStart"/>
      <w:r w:rsidRPr="002748A8">
        <w:t>sud</w:t>
      </w:r>
      <w:proofErr w:type="spellEnd"/>
      <w:r w:rsidRPr="002748A8">
        <w:t xml:space="preserve"> </w:t>
      </w:r>
      <w:proofErr w:type="spellStart"/>
      <w:r w:rsidRPr="002748A8">
        <w:t>ishining</w:t>
      </w:r>
      <w:proofErr w:type="spellEnd"/>
      <w:r w:rsidRPr="002748A8">
        <w:t xml:space="preserve"> </w:t>
      </w:r>
      <w:proofErr w:type="spellStart"/>
      <w:r w:rsidRPr="002748A8">
        <w:t>ochiqligi</w:t>
      </w:r>
      <w:proofErr w:type="spellEnd"/>
      <w:r w:rsidRPr="002748A8">
        <w:t xml:space="preserve"> </w:t>
      </w:r>
      <w:proofErr w:type="spellStart"/>
      <w:r w:rsidRPr="002748A8">
        <w:t>va</w:t>
      </w:r>
      <w:proofErr w:type="spellEnd"/>
      <w:r w:rsidRPr="002748A8">
        <w:t xml:space="preserve"> </w:t>
      </w:r>
      <w:proofErr w:type="spellStart"/>
      <w:r w:rsidRPr="002748A8">
        <w:t>axborotdan</w:t>
      </w:r>
      <w:proofErr w:type="spellEnd"/>
      <w:r w:rsidRPr="002748A8">
        <w:t xml:space="preserve"> </w:t>
      </w:r>
      <w:proofErr w:type="spellStart"/>
      <w:r w:rsidRPr="002748A8">
        <w:t>foydalanish</w:t>
      </w:r>
      <w:proofErr w:type="spellEnd"/>
      <w:r w:rsidRPr="002748A8">
        <w:t xml:space="preserve"> </w:t>
      </w:r>
      <w:proofErr w:type="spellStart"/>
      <w:r w:rsidRPr="002748A8">
        <w:t>erkinligi</w:t>
      </w:r>
      <w:proofErr w:type="spellEnd"/>
      <w:r w:rsidRPr="002748A8">
        <w:t xml:space="preserve"> </w:t>
      </w:r>
      <w:proofErr w:type="spellStart"/>
      <w:r w:rsidRPr="002748A8">
        <w:t>prinsiplari</w:t>
      </w:r>
      <w:proofErr w:type="spellEnd"/>
      <w:r w:rsidRPr="002748A8">
        <w:t xml:space="preserve"> </w:t>
      </w:r>
      <w:proofErr w:type="spellStart"/>
      <w:r w:rsidRPr="002748A8">
        <w:t>shaxsiy</w:t>
      </w:r>
      <w:proofErr w:type="spellEnd"/>
      <w:r w:rsidRPr="002748A8">
        <w:t xml:space="preserve"> </w:t>
      </w:r>
      <w:proofErr w:type="spellStart"/>
      <w:r w:rsidRPr="002748A8">
        <w:t>hayot</w:t>
      </w:r>
      <w:proofErr w:type="spellEnd"/>
      <w:r w:rsidRPr="002748A8">
        <w:t xml:space="preserve"> </w:t>
      </w:r>
      <w:proofErr w:type="spellStart"/>
      <w:r w:rsidRPr="002748A8">
        <w:t>daxlsizligi</w:t>
      </w:r>
      <w:proofErr w:type="spellEnd"/>
      <w:r w:rsidRPr="002748A8">
        <w:t xml:space="preserve"> </w:t>
      </w:r>
      <w:proofErr w:type="spellStart"/>
      <w:r w:rsidRPr="002748A8">
        <w:t>va</w:t>
      </w:r>
      <w:proofErr w:type="spellEnd"/>
      <w:r w:rsidRPr="002748A8">
        <w:t xml:space="preserve"> </w:t>
      </w:r>
      <w:proofErr w:type="spellStart"/>
      <w:r w:rsidRPr="002748A8">
        <w:t>ma’lumotlarni</w:t>
      </w:r>
      <w:proofErr w:type="spellEnd"/>
      <w:r w:rsidRPr="002748A8">
        <w:t xml:space="preserve"> </w:t>
      </w:r>
      <w:proofErr w:type="spellStart"/>
      <w:r w:rsidRPr="002748A8">
        <w:t>himoya</w:t>
      </w:r>
      <w:proofErr w:type="spellEnd"/>
      <w:r w:rsidRPr="002748A8">
        <w:t xml:space="preserve"> </w:t>
      </w:r>
      <w:proofErr w:type="spellStart"/>
      <w:r w:rsidRPr="002748A8">
        <w:t>qilish</w:t>
      </w:r>
      <w:proofErr w:type="spellEnd"/>
      <w:r w:rsidRPr="002748A8">
        <w:t xml:space="preserve"> </w:t>
      </w:r>
      <w:proofErr w:type="spellStart"/>
      <w:r w:rsidRPr="002748A8">
        <w:t>bilan</w:t>
      </w:r>
      <w:proofErr w:type="spellEnd"/>
      <w:r w:rsidRPr="002748A8">
        <w:t xml:space="preserve"> </w:t>
      </w:r>
      <w:proofErr w:type="spellStart"/>
      <w:r w:rsidRPr="002748A8">
        <w:t>muvozanatga</w:t>
      </w:r>
      <w:proofErr w:type="spellEnd"/>
      <w:r w:rsidRPr="002748A8">
        <w:t xml:space="preserve"> </w:t>
      </w:r>
      <w:proofErr w:type="spellStart"/>
      <w:r w:rsidRPr="002748A8">
        <w:t>keltirilishi</w:t>
      </w:r>
      <w:proofErr w:type="spellEnd"/>
      <w:r w:rsidRPr="002748A8">
        <w:t xml:space="preserve"> </w:t>
      </w:r>
      <w:proofErr w:type="spellStart"/>
      <w:r w:rsidRPr="002748A8">
        <w:t>kerak</w:t>
      </w:r>
      <w:proofErr w:type="spellEnd"/>
      <w:r w:rsidRPr="002748A8">
        <w:t xml:space="preserve">. </w:t>
      </w:r>
      <w:proofErr w:type="spellStart"/>
      <w:r w:rsidRPr="002748A8">
        <w:t>Muvozanatni</w:t>
      </w:r>
      <w:proofErr w:type="spellEnd"/>
      <w:r w:rsidRPr="002748A8">
        <w:t xml:space="preserve"> </w:t>
      </w:r>
      <w:proofErr w:type="spellStart"/>
      <w:r w:rsidRPr="002748A8">
        <w:t>topish</w:t>
      </w:r>
      <w:proofErr w:type="spellEnd"/>
      <w:r w:rsidRPr="002748A8">
        <w:t xml:space="preserve"> </w:t>
      </w:r>
      <w:proofErr w:type="spellStart"/>
      <w:r w:rsidRPr="002748A8">
        <w:t>uchun</w:t>
      </w:r>
      <w:proofErr w:type="spellEnd"/>
      <w:r w:rsidRPr="002748A8">
        <w:t xml:space="preserve"> “</w:t>
      </w:r>
      <w:proofErr w:type="spellStart"/>
      <w:r w:rsidRPr="002748A8">
        <w:t>maqsadga</w:t>
      </w:r>
      <w:proofErr w:type="spellEnd"/>
      <w:r w:rsidRPr="002748A8">
        <w:t xml:space="preserve"> </w:t>
      </w:r>
      <w:proofErr w:type="spellStart"/>
      <w:proofErr w:type="gramStart"/>
      <w:r w:rsidRPr="002748A8">
        <w:t>bog‘</w:t>
      </w:r>
      <w:proofErr w:type="gramEnd"/>
      <w:r w:rsidRPr="002748A8">
        <w:t>langan</w:t>
      </w:r>
      <w:proofErr w:type="spellEnd"/>
      <w:r w:rsidRPr="002748A8">
        <w:t xml:space="preserve"> </w:t>
      </w:r>
      <w:proofErr w:type="spellStart"/>
      <w:r w:rsidRPr="002748A8">
        <w:t>ochiqlik</w:t>
      </w:r>
      <w:proofErr w:type="spellEnd"/>
      <w:r w:rsidRPr="002748A8">
        <w:t xml:space="preserve">” </w:t>
      </w:r>
      <w:proofErr w:type="spellStart"/>
      <w:r w:rsidRPr="002748A8">
        <w:t>yondashuvi</w:t>
      </w:r>
      <w:proofErr w:type="spellEnd"/>
      <w:r w:rsidRPr="002748A8">
        <w:t xml:space="preserve"> </w:t>
      </w:r>
      <w:proofErr w:type="spellStart"/>
      <w:r w:rsidRPr="002748A8">
        <w:t>asosli</w:t>
      </w:r>
      <w:proofErr w:type="spellEnd"/>
      <w:r w:rsidRPr="002748A8">
        <w:t xml:space="preserve"> </w:t>
      </w:r>
      <w:proofErr w:type="spellStart"/>
      <w:proofErr w:type="gramStart"/>
      <w:r w:rsidRPr="002748A8">
        <w:t>ko‘</w:t>
      </w:r>
      <w:proofErr w:type="gramEnd"/>
      <w:r w:rsidRPr="002748A8">
        <w:t>rinadi</w:t>
      </w:r>
      <w:proofErr w:type="spellEnd"/>
      <w:r w:rsidRPr="002748A8">
        <w:t xml:space="preserve">: </w:t>
      </w:r>
      <w:proofErr w:type="spellStart"/>
      <w:r w:rsidRPr="002748A8">
        <w:t>sud</w:t>
      </w:r>
      <w:proofErr w:type="spellEnd"/>
      <w:r w:rsidRPr="002748A8">
        <w:t xml:space="preserve"> </w:t>
      </w:r>
      <w:proofErr w:type="spellStart"/>
      <w:r w:rsidRPr="002748A8">
        <w:t>qarorlarining</w:t>
      </w:r>
      <w:proofErr w:type="spellEnd"/>
      <w:r w:rsidRPr="002748A8">
        <w:t xml:space="preserve"> </w:t>
      </w:r>
      <w:proofErr w:type="spellStart"/>
      <w:r w:rsidRPr="002748A8">
        <w:t>e’lon</w:t>
      </w:r>
      <w:proofErr w:type="spellEnd"/>
      <w:r w:rsidRPr="002748A8">
        <w:t xml:space="preserve"> </w:t>
      </w:r>
      <w:proofErr w:type="spellStart"/>
      <w:r w:rsidRPr="002748A8">
        <w:t>qilinishi</w:t>
      </w:r>
      <w:proofErr w:type="spellEnd"/>
      <w:r w:rsidRPr="002748A8">
        <w:t xml:space="preserve"> </w:t>
      </w:r>
      <w:proofErr w:type="spellStart"/>
      <w:r w:rsidRPr="002748A8">
        <w:t>saqlanadi</w:t>
      </w:r>
      <w:proofErr w:type="spellEnd"/>
      <w:r w:rsidRPr="002748A8">
        <w:t xml:space="preserve">, </w:t>
      </w:r>
      <w:proofErr w:type="spellStart"/>
      <w:r w:rsidRPr="002748A8">
        <w:t>biroq</w:t>
      </w:r>
      <w:proofErr w:type="spellEnd"/>
      <w:r w:rsidRPr="002748A8">
        <w:t xml:space="preserve"> SI </w:t>
      </w:r>
      <w:proofErr w:type="spellStart"/>
      <w:proofErr w:type="gramStart"/>
      <w:r w:rsidRPr="002748A8">
        <w:t>o‘</w:t>
      </w:r>
      <w:proofErr w:type="gramEnd"/>
      <w:r w:rsidRPr="002748A8">
        <w:t>qitish</w:t>
      </w:r>
      <w:proofErr w:type="spellEnd"/>
      <w:r w:rsidRPr="002748A8">
        <w:t xml:space="preserve"> </w:t>
      </w:r>
      <w:proofErr w:type="spellStart"/>
      <w:r w:rsidRPr="002748A8">
        <w:t>uchun</w:t>
      </w:r>
      <w:proofErr w:type="spellEnd"/>
      <w:r w:rsidRPr="002748A8">
        <w:t xml:space="preserve"> </w:t>
      </w:r>
      <w:proofErr w:type="spellStart"/>
      <w:r w:rsidRPr="002748A8">
        <w:t>ishlatiladigan</w:t>
      </w:r>
      <w:proofErr w:type="spellEnd"/>
      <w:r w:rsidRPr="002748A8">
        <w:t xml:space="preserve"> </w:t>
      </w:r>
      <w:proofErr w:type="spellStart"/>
      <w:r w:rsidRPr="002748A8">
        <w:t>xom</w:t>
      </w:r>
      <w:proofErr w:type="spellEnd"/>
      <w:r w:rsidRPr="002748A8">
        <w:t xml:space="preserve"> </w:t>
      </w:r>
      <w:proofErr w:type="spellStart"/>
      <w:r w:rsidRPr="002748A8">
        <w:t>ma’lumotlar</w:t>
      </w:r>
      <w:proofErr w:type="spellEnd"/>
      <w:r w:rsidRPr="002748A8">
        <w:t xml:space="preserve"> </w:t>
      </w:r>
      <w:proofErr w:type="spellStart"/>
      <w:r w:rsidRPr="002748A8">
        <w:t>qat’iy</w:t>
      </w:r>
      <w:proofErr w:type="spellEnd"/>
      <w:r w:rsidRPr="002748A8">
        <w:t xml:space="preserve"> </w:t>
      </w:r>
      <w:proofErr w:type="spellStart"/>
      <w:r w:rsidRPr="002748A8">
        <w:t>rejim</w:t>
      </w:r>
      <w:proofErr w:type="spellEnd"/>
      <w:r w:rsidRPr="002748A8">
        <w:t xml:space="preserve"> </w:t>
      </w:r>
      <w:proofErr w:type="spellStart"/>
      <w:r w:rsidRPr="002748A8">
        <w:t>ostida</w:t>
      </w:r>
      <w:proofErr w:type="spellEnd"/>
      <w:r w:rsidRPr="002748A8">
        <w:t xml:space="preserve">, audit </w:t>
      </w:r>
      <w:proofErr w:type="spellStart"/>
      <w:r w:rsidRPr="002748A8">
        <w:t>izlari</w:t>
      </w:r>
      <w:proofErr w:type="spellEnd"/>
      <w:r w:rsidRPr="002748A8">
        <w:t xml:space="preserve"> </w:t>
      </w:r>
      <w:proofErr w:type="spellStart"/>
      <w:r w:rsidRPr="002748A8">
        <w:t>bilan</w:t>
      </w:r>
      <w:proofErr w:type="spellEnd"/>
      <w:r w:rsidRPr="002748A8">
        <w:t xml:space="preserve"> </w:t>
      </w:r>
      <w:proofErr w:type="spellStart"/>
      <w:r w:rsidRPr="002748A8">
        <w:t>boshqariladi</w:t>
      </w:r>
      <w:proofErr w:type="spellEnd"/>
      <w:r w:rsidRPr="002748A8">
        <w:t>.</w:t>
      </w:r>
      <w:r>
        <w:tab/>
      </w:r>
    </w:p>
    <w:p w14:paraId="217C9F46" w14:textId="77777777" w:rsidR="002748A8" w:rsidRDefault="002748A8" w:rsidP="002748A8">
      <w:pPr>
        <w:spacing w:after="0" w:line="360" w:lineRule="auto"/>
        <w:ind w:firstLine="720"/>
        <w:jc w:val="both"/>
      </w:pPr>
      <w:proofErr w:type="spellStart"/>
      <w:r w:rsidRPr="002748A8">
        <w:t>Uchinchi</w:t>
      </w:r>
      <w:proofErr w:type="spellEnd"/>
      <w:r w:rsidRPr="002748A8">
        <w:t xml:space="preserve"> </w:t>
      </w:r>
      <w:proofErr w:type="spellStart"/>
      <w:r w:rsidRPr="002748A8">
        <w:t>tayanch</w:t>
      </w:r>
      <w:proofErr w:type="spellEnd"/>
      <w:r w:rsidRPr="002748A8">
        <w:t xml:space="preserve"> </w:t>
      </w:r>
      <w:proofErr w:type="spellStart"/>
      <w:r w:rsidRPr="002748A8">
        <w:t>shaffoflik</w:t>
      </w:r>
      <w:proofErr w:type="spellEnd"/>
      <w:r w:rsidRPr="002748A8">
        <w:t xml:space="preserve"> </w:t>
      </w:r>
      <w:proofErr w:type="spellStart"/>
      <w:r w:rsidRPr="002748A8">
        <w:t>va</w:t>
      </w:r>
      <w:proofErr w:type="spellEnd"/>
      <w:r w:rsidRPr="002748A8">
        <w:t xml:space="preserve"> </w:t>
      </w:r>
      <w:proofErr w:type="spellStart"/>
      <w:r w:rsidRPr="002748A8">
        <w:t>izohlanish</w:t>
      </w:r>
      <w:proofErr w:type="spellEnd"/>
      <w:r w:rsidRPr="002748A8">
        <w:t xml:space="preserve"> </w:t>
      </w:r>
      <w:proofErr w:type="spellStart"/>
      <w:r w:rsidRPr="002748A8">
        <w:t>standartlaridir</w:t>
      </w:r>
      <w:proofErr w:type="spellEnd"/>
      <w:r w:rsidRPr="002748A8">
        <w:t xml:space="preserve">. Sud </w:t>
      </w:r>
      <w:proofErr w:type="spellStart"/>
      <w:r w:rsidRPr="002748A8">
        <w:t>faoliyatida</w:t>
      </w:r>
      <w:proofErr w:type="spellEnd"/>
      <w:r w:rsidRPr="002748A8">
        <w:t xml:space="preserve"> SI </w:t>
      </w:r>
      <w:proofErr w:type="spellStart"/>
      <w:proofErr w:type="gramStart"/>
      <w:r w:rsidRPr="002748A8">
        <w:t>qo‘</w:t>
      </w:r>
      <w:proofErr w:type="gramEnd"/>
      <w:r w:rsidRPr="002748A8">
        <w:t>llanishi</w:t>
      </w:r>
      <w:proofErr w:type="spellEnd"/>
      <w:r w:rsidRPr="002748A8">
        <w:t xml:space="preserve"> </w:t>
      </w:r>
      <w:proofErr w:type="spellStart"/>
      <w:r w:rsidRPr="002748A8">
        <w:t>oddiy</w:t>
      </w:r>
      <w:proofErr w:type="spellEnd"/>
      <w:r w:rsidRPr="002748A8">
        <w:t xml:space="preserve"> </w:t>
      </w:r>
      <w:proofErr w:type="spellStart"/>
      <w:r w:rsidRPr="002748A8">
        <w:t>xizmat</w:t>
      </w:r>
      <w:proofErr w:type="spellEnd"/>
      <w:r w:rsidRPr="002748A8">
        <w:t xml:space="preserve"> </w:t>
      </w:r>
      <w:proofErr w:type="spellStart"/>
      <w:proofErr w:type="gramStart"/>
      <w:r w:rsidRPr="002748A8">
        <w:t>ko‘</w:t>
      </w:r>
      <w:proofErr w:type="gramEnd"/>
      <w:r w:rsidRPr="002748A8">
        <w:t>rsatish</w:t>
      </w:r>
      <w:proofErr w:type="spellEnd"/>
      <w:r w:rsidRPr="002748A8">
        <w:t xml:space="preserve"> </w:t>
      </w:r>
      <w:proofErr w:type="spellStart"/>
      <w:r w:rsidRPr="002748A8">
        <w:t>avtomatizatsiyasidan</w:t>
      </w:r>
      <w:proofErr w:type="spellEnd"/>
      <w:r w:rsidRPr="002748A8">
        <w:t xml:space="preserve"> </w:t>
      </w:r>
      <w:proofErr w:type="spellStart"/>
      <w:r w:rsidRPr="002748A8">
        <w:t>farqli</w:t>
      </w:r>
      <w:proofErr w:type="spellEnd"/>
      <w:r w:rsidRPr="002748A8">
        <w:t xml:space="preserve"> </w:t>
      </w:r>
      <w:proofErr w:type="spellStart"/>
      <w:r w:rsidRPr="002748A8">
        <w:t>ravishda</w:t>
      </w:r>
      <w:proofErr w:type="spellEnd"/>
      <w:r w:rsidRPr="002748A8">
        <w:t xml:space="preserve">, </w:t>
      </w:r>
      <w:proofErr w:type="spellStart"/>
      <w:r w:rsidRPr="002748A8">
        <w:t>protsessual</w:t>
      </w:r>
      <w:proofErr w:type="spellEnd"/>
      <w:r w:rsidRPr="002748A8">
        <w:t xml:space="preserve"> </w:t>
      </w:r>
      <w:proofErr w:type="spellStart"/>
      <w:r w:rsidRPr="002748A8">
        <w:t>oqibatlar</w:t>
      </w:r>
      <w:proofErr w:type="spellEnd"/>
      <w:r w:rsidRPr="002748A8">
        <w:t xml:space="preserve"> </w:t>
      </w:r>
      <w:proofErr w:type="spellStart"/>
      <w:proofErr w:type="gramStart"/>
      <w:r w:rsidRPr="002748A8">
        <w:t>tug‘</w:t>
      </w:r>
      <w:proofErr w:type="gramEnd"/>
      <w:r w:rsidRPr="002748A8">
        <w:t>diradi</w:t>
      </w:r>
      <w:proofErr w:type="spellEnd"/>
      <w:r w:rsidRPr="002748A8">
        <w:t xml:space="preserve">. Shu </w:t>
      </w:r>
      <w:proofErr w:type="spellStart"/>
      <w:r w:rsidRPr="002748A8">
        <w:t>sababli</w:t>
      </w:r>
      <w:proofErr w:type="spellEnd"/>
      <w:r w:rsidRPr="002748A8">
        <w:t xml:space="preserve"> </w:t>
      </w:r>
      <w:proofErr w:type="spellStart"/>
      <w:r w:rsidRPr="002748A8">
        <w:t>taraflar</w:t>
      </w:r>
      <w:proofErr w:type="spellEnd"/>
      <w:r w:rsidRPr="002748A8">
        <w:t xml:space="preserve"> SI </w:t>
      </w:r>
      <w:proofErr w:type="spellStart"/>
      <w:r w:rsidRPr="002748A8">
        <w:t>ishtirok</w:t>
      </w:r>
      <w:proofErr w:type="spellEnd"/>
      <w:r w:rsidRPr="002748A8">
        <w:t xml:space="preserve"> </w:t>
      </w:r>
      <w:proofErr w:type="spellStart"/>
      <w:r w:rsidRPr="002748A8">
        <w:t>etganligini</w:t>
      </w:r>
      <w:proofErr w:type="spellEnd"/>
      <w:r w:rsidRPr="002748A8">
        <w:t xml:space="preserve"> </w:t>
      </w:r>
      <w:proofErr w:type="spellStart"/>
      <w:r w:rsidRPr="002748A8">
        <w:t>bilish</w:t>
      </w:r>
      <w:proofErr w:type="spellEnd"/>
      <w:r w:rsidRPr="002748A8">
        <w:t xml:space="preserve">, SI </w:t>
      </w:r>
      <w:proofErr w:type="spellStart"/>
      <w:r w:rsidRPr="002748A8">
        <w:t>natijasining</w:t>
      </w:r>
      <w:proofErr w:type="spellEnd"/>
      <w:r w:rsidRPr="002748A8">
        <w:t xml:space="preserve"> </w:t>
      </w:r>
      <w:proofErr w:type="spellStart"/>
      <w:r w:rsidRPr="002748A8">
        <w:t>qaysi</w:t>
      </w:r>
      <w:proofErr w:type="spellEnd"/>
      <w:r w:rsidRPr="002748A8">
        <w:t xml:space="preserve"> </w:t>
      </w:r>
      <w:proofErr w:type="spellStart"/>
      <w:r w:rsidRPr="002748A8">
        <w:t>bosqichda</w:t>
      </w:r>
      <w:proofErr w:type="spellEnd"/>
      <w:r w:rsidRPr="002748A8">
        <w:t xml:space="preserve"> </w:t>
      </w:r>
      <w:proofErr w:type="spellStart"/>
      <w:proofErr w:type="gramStart"/>
      <w:r w:rsidRPr="002748A8">
        <w:t>qo‘</w:t>
      </w:r>
      <w:proofErr w:type="gramEnd"/>
      <w:r w:rsidRPr="002748A8">
        <w:t>llanganini</w:t>
      </w:r>
      <w:proofErr w:type="spellEnd"/>
      <w:r w:rsidRPr="002748A8">
        <w:t xml:space="preserve"> </w:t>
      </w:r>
      <w:proofErr w:type="spellStart"/>
      <w:r w:rsidRPr="002748A8">
        <w:t>tushunish</w:t>
      </w:r>
      <w:proofErr w:type="spellEnd"/>
      <w:r w:rsidRPr="002748A8">
        <w:t xml:space="preserve">, </w:t>
      </w:r>
      <w:proofErr w:type="spellStart"/>
      <w:r w:rsidRPr="002748A8">
        <w:t>hamda</w:t>
      </w:r>
      <w:proofErr w:type="spellEnd"/>
      <w:r w:rsidRPr="002748A8">
        <w:t xml:space="preserve"> </w:t>
      </w:r>
      <w:proofErr w:type="spellStart"/>
      <w:r w:rsidRPr="002748A8">
        <w:t>uning</w:t>
      </w:r>
      <w:proofErr w:type="spellEnd"/>
      <w:r w:rsidRPr="002748A8">
        <w:t xml:space="preserve"> </w:t>
      </w:r>
      <w:proofErr w:type="spellStart"/>
      <w:r w:rsidRPr="002748A8">
        <w:t>natijasiga</w:t>
      </w:r>
      <w:proofErr w:type="spellEnd"/>
      <w:r w:rsidRPr="002748A8">
        <w:t xml:space="preserve"> </w:t>
      </w:r>
      <w:proofErr w:type="spellStart"/>
      <w:r w:rsidRPr="002748A8">
        <w:t>e’tiroz</w:t>
      </w:r>
      <w:proofErr w:type="spellEnd"/>
      <w:r w:rsidRPr="002748A8">
        <w:t xml:space="preserve"> </w:t>
      </w:r>
      <w:proofErr w:type="spellStart"/>
      <w:r w:rsidRPr="002748A8">
        <w:t>bildirish</w:t>
      </w:r>
      <w:proofErr w:type="spellEnd"/>
      <w:r w:rsidRPr="002748A8">
        <w:t xml:space="preserve"> </w:t>
      </w:r>
      <w:proofErr w:type="spellStart"/>
      <w:r w:rsidRPr="002748A8">
        <w:t>imkoniyatiga</w:t>
      </w:r>
      <w:proofErr w:type="spellEnd"/>
      <w:r w:rsidRPr="002748A8">
        <w:t xml:space="preserve"> </w:t>
      </w:r>
      <w:proofErr w:type="spellStart"/>
      <w:r w:rsidRPr="002748A8">
        <w:t>ega</w:t>
      </w:r>
      <w:proofErr w:type="spellEnd"/>
      <w:r w:rsidRPr="002748A8">
        <w:t xml:space="preserve"> </w:t>
      </w:r>
      <w:proofErr w:type="spellStart"/>
      <w:proofErr w:type="gramStart"/>
      <w:r w:rsidRPr="002748A8">
        <w:t>bo‘</w:t>
      </w:r>
      <w:proofErr w:type="gramEnd"/>
      <w:r w:rsidRPr="002748A8">
        <w:t>lishi</w:t>
      </w:r>
      <w:proofErr w:type="spellEnd"/>
      <w:r w:rsidRPr="002748A8">
        <w:t xml:space="preserve"> </w:t>
      </w:r>
      <w:proofErr w:type="spellStart"/>
      <w:r w:rsidRPr="002748A8">
        <w:t>kerak</w:t>
      </w:r>
      <w:proofErr w:type="spellEnd"/>
      <w:r w:rsidRPr="002748A8">
        <w:t xml:space="preserve">. Bu talab </w:t>
      </w:r>
      <w:proofErr w:type="spellStart"/>
      <w:proofErr w:type="gramStart"/>
      <w:r w:rsidRPr="002748A8">
        <w:t>to‘</w:t>
      </w:r>
      <w:proofErr w:type="gramEnd"/>
      <w:r w:rsidRPr="002748A8">
        <w:t>liq</w:t>
      </w:r>
      <w:proofErr w:type="spellEnd"/>
      <w:r w:rsidRPr="002748A8">
        <w:t xml:space="preserve"> “</w:t>
      </w:r>
      <w:proofErr w:type="spellStart"/>
      <w:r w:rsidRPr="002748A8">
        <w:t>manba</w:t>
      </w:r>
      <w:proofErr w:type="spellEnd"/>
      <w:r w:rsidRPr="002748A8">
        <w:t xml:space="preserve"> </w:t>
      </w:r>
      <w:proofErr w:type="spellStart"/>
      <w:r w:rsidRPr="002748A8">
        <w:t>kodini</w:t>
      </w:r>
      <w:proofErr w:type="spellEnd"/>
      <w:r w:rsidRPr="002748A8">
        <w:t xml:space="preserve"> </w:t>
      </w:r>
      <w:proofErr w:type="spellStart"/>
      <w:r w:rsidRPr="002748A8">
        <w:t>oshkor</w:t>
      </w:r>
      <w:proofErr w:type="spellEnd"/>
      <w:r w:rsidRPr="002748A8">
        <w:t xml:space="preserve"> </w:t>
      </w:r>
      <w:proofErr w:type="spellStart"/>
      <w:r w:rsidRPr="002748A8">
        <w:t>qilish”ga</w:t>
      </w:r>
      <w:proofErr w:type="spellEnd"/>
      <w:r w:rsidRPr="002748A8">
        <w:t xml:space="preserve"> </w:t>
      </w:r>
      <w:proofErr w:type="spellStart"/>
      <w:r w:rsidRPr="002748A8">
        <w:t>tenglashtirilmasligi</w:t>
      </w:r>
      <w:proofErr w:type="spellEnd"/>
      <w:r w:rsidRPr="002748A8">
        <w:t xml:space="preserve"> </w:t>
      </w:r>
      <w:proofErr w:type="spellStart"/>
      <w:r w:rsidRPr="002748A8">
        <w:t>lozim</w:t>
      </w:r>
      <w:proofErr w:type="spellEnd"/>
      <w:r w:rsidRPr="002748A8">
        <w:t xml:space="preserve">, </w:t>
      </w:r>
      <w:proofErr w:type="spellStart"/>
      <w:r w:rsidRPr="002748A8">
        <w:t>chunki</w:t>
      </w:r>
      <w:proofErr w:type="spellEnd"/>
      <w:r w:rsidRPr="002748A8">
        <w:t xml:space="preserve"> </w:t>
      </w:r>
      <w:proofErr w:type="spellStart"/>
      <w:r w:rsidRPr="002748A8">
        <w:t>intellektual</w:t>
      </w:r>
      <w:proofErr w:type="spellEnd"/>
      <w:r w:rsidRPr="002748A8">
        <w:t xml:space="preserve"> </w:t>
      </w:r>
      <w:proofErr w:type="spellStart"/>
      <w:r w:rsidRPr="002748A8">
        <w:t>mulk</w:t>
      </w:r>
      <w:proofErr w:type="spellEnd"/>
      <w:r w:rsidRPr="002748A8">
        <w:t xml:space="preserve"> </w:t>
      </w:r>
      <w:proofErr w:type="spellStart"/>
      <w:r w:rsidRPr="002748A8">
        <w:t>va</w:t>
      </w:r>
      <w:proofErr w:type="spellEnd"/>
      <w:r w:rsidRPr="002748A8">
        <w:t xml:space="preserve"> </w:t>
      </w:r>
      <w:proofErr w:type="spellStart"/>
      <w:r w:rsidRPr="002748A8">
        <w:t>kiberxavfsizlik</w:t>
      </w:r>
      <w:proofErr w:type="spellEnd"/>
      <w:r w:rsidRPr="002748A8">
        <w:t xml:space="preserve"> </w:t>
      </w:r>
      <w:proofErr w:type="spellStart"/>
      <w:r w:rsidRPr="002748A8">
        <w:t>omillari</w:t>
      </w:r>
      <w:proofErr w:type="spellEnd"/>
      <w:r w:rsidRPr="002748A8">
        <w:t xml:space="preserve"> </w:t>
      </w:r>
      <w:proofErr w:type="spellStart"/>
      <w:r w:rsidRPr="002748A8">
        <w:t>mavjud</w:t>
      </w:r>
      <w:proofErr w:type="spellEnd"/>
      <w:r w:rsidRPr="002748A8">
        <w:t xml:space="preserve">. </w:t>
      </w:r>
      <w:proofErr w:type="spellStart"/>
      <w:r w:rsidRPr="002748A8">
        <w:t>Biroq</w:t>
      </w:r>
      <w:proofErr w:type="spellEnd"/>
      <w:r w:rsidRPr="002748A8">
        <w:t xml:space="preserve"> “</w:t>
      </w:r>
      <w:proofErr w:type="spellStart"/>
      <w:r w:rsidRPr="002748A8">
        <w:t>izohlanishning</w:t>
      </w:r>
      <w:proofErr w:type="spellEnd"/>
      <w:r w:rsidRPr="002748A8">
        <w:t xml:space="preserve"> minimal </w:t>
      </w:r>
      <w:proofErr w:type="spellStart"/>
      <w:r w:rsidRPr="002748A8">
        <w:t>darajasi</w:t>
      </w:r>
      <w:proofErr w:type="spellEnd"/>
      <w:r w:rsidRPr="002748A8">
        <w:t xml:space="preserve">” </w:t>
      </w:r>
      <w:proofErr w:type="spellStart"/>
      <w:r w:rsidRPr="002748A8">
        <w:t>protsessual</w:t>
      </w:r>
      <w:proofErr w:type="spellEnd"/>
      <w:r w:rsidRPr="002748A8">
        <w:t xml:space="preserve"> </w:t>
      </w:r>
      <w:proofErr w:type="spellStart"/>
      <w:r w:rsidRPr="002748A8">
        <w:t>standart</w:t>
      </w:r>
      <w:proofErr w:type="spellEnd"/>
      <w:r w:rsidRPr="002748A8">
        <w:t xml:space="preserve"> </w:t>
      </w:r>
      <w:proofErr w:type="spellStart"/>
      <w:r w:rsidRPr="002748A8">
        <w:t>sifatida</w:t>
      </w:r>
      <w:proofErr w:type="spellEnd"/>
      <w:r w:rsidRPr="002748A8">
        <w:t xml:space="preserve"> </w:t>
      </w:r>
      <w:proofErr w:type="spellStart"/>
      <w:r w:rsidRPr="002748A8">
        <w:t>joriy</w:t>
      </w:r>
      <w:proofErr w:type="spellEnd"/>
      <w:r w:rsidRPr="002748A8">
        <w:t xml:space="preserve"> </w:t>
      </w:r>
      <w:proofErr w:type="spellStart"/>
      <w:r w:rsidRPr="002748A8">
        <w:t>etilishi</w:t>
      </w:r>
      <w:proofErr w:type="spellEnd"/>
      <w:r w:rsidRPr="002748A8">
        <w:t xml:space="preserve"> </w:t>
      </w:r>
      <w:proofErr w:type="spellStart"/>
      <w:r w:rsidRPr="002748A8">
        <w:t>mumkin</w:t>
      </w:r>
      <w:proofErr w:type="spellEnd"/>
      <w:r w:rsidRPr="002748A8">
        <w:t xml:space="preserve">: </w:t>
      </w:r>
      <w:proofErr w:type="spellStart"/>
      <w:r w:rsidRPr="002748A8">
        <w:t>modelning</w:t>
      </w:r>
      <w:proofErr w:type="spellEnd"/>
      <w:r w:rsidRPr="002748A8">
        <w:t xml:space="preserve"> </w:t>
      </w:r>
      <w:proofErr w:type="spellStart"/>
      <w:r w:rsidRPr="002748A8">
        <w:t>vazifasi</w:t>
      </w:r>
      <w:proofErr w:type="spellEnd"/>
      <w:r w:rsidRPr="002748A8">
        <w:t xml:space="preserve">, </w:t>
      </w:r>
      <w:proofErr w:type="spellStart"/>
      <w:r w:rsidRPr="002748A8">
        <w:t>ishlatilgan</w:t>
      </w:r>
      <w:proofErr w:type="spellEnd"/>
      <w:r w:rsidRPr="002748A8">
        <w:t xml:space="preserve"> </w:t>
      </w:r>
      <w:proofErr w:type="spellStart"/>
      <w:r w:rsidRPr="002748A8">
        <w:t>ma’lumot</w:t>
      </w:r>
      <w:proofErr w:type="spellEnd"/>
      <w:r w:rsidRPr="002748A8">
        <w:t xml:space="preserve"> </w:t>
      </w:r>
      <w:proofErr w:type="spellStart"/>
      <w:r w:rsidRPr="002748A8">
        <w:t>kategoriyalari</w:t>
      </w:r>
      <w:proofErr w:type="spellEnd"/>
      <w:r w:rsidRPr="002748A8">
        <w:t xml:space="preserve">, </w:t>
      </w:r>
      <w:proofErr w:type="spellStart"/>
      <w:r w:rsidRPr="002748A8">
        <w:t>asosiy</w:t>
      </w:r>
      <w:proofErr w:type="spellEnd"/>
      <w:r w:rsidRPr="002748A8">
        <w:t xml:space="preserve"> </w:t>
      </w:r>
      <w:proofErr w:type="spellStart"/>
      <w:r w:rsidRPr="002748A8">
        <w:t>xususiyatlar</w:t>
      </w:r>
      <w:proofErr w:type="spellEnd"/>
      <w:r w:rsidRPr="002748A8">
        <w:t xml:space="preserve">, </w:t>
      </w:r>
      <w:proofErr w:type="spellStart"/>
      <w:r w:rsidRPr="002748A8">
        <w:t>aniqlik</w:t>
      </w:r>
      <w:proofErr w:type="spellEnd"/>
      <w:r w:rsidRPr="002748A8">
        <w:t xml:space="preserve"> </w:t>
      </w:r>
      <w:proofErr w:type="spellStart"/>
      <w:proofErr w:type="gramStart"/>
      <w:r w:rsidRPr="002748A8">
        <w:t>ko‘</w:t>
      </w:r>
      <w:proofErr w:type="gramEnd"/>
      <w:r w:rsidRPr="002748A8">
        <w:t>rsatkichlari</w:t>
      </w:r>
      <w:proofErr w:type="spellEnd"/>
      <w:r w:rsidRPr="002748A8">
        <w:t xml:space="preserve">, </w:t>
      </w:r>
      <w:proofErr w:type="spellStart"/>
      <w:r w:rsidRPr="002748A8">
        <w:t>cheklovlari</w:t>
      </w:r>
      <w:proofErr w:type="spellEnd"/>
      <w:r w:rsidRPr="002748A8">
        <w:t xml:space="preserve">, </w:t>
      </w:r>
      <w:proofErr w:type="spellStart"/>
      <w:r w:rsidRPr="002748A8">
        <w:t>xatolik</w:t>
      </w:r>
      <w:proofErr w:type="spellEnd"/>
      <w:r w:rsidRPr="002748A8">
        <w:t xml:space="preserve"> </w:t>
      </w:r>
      <w:proofErr w:type="spellStart"/>
      <w:r w:rsidRPr="002748A8">
        <w:t>ehtimoli</w:t>
      </w:r>
      <w:proofErr w:type="spellEnd"/>
      <w:r w:rsidRPr="002748A8">
        <w:t xml:space="preserve"> </w:t>
      </w:r>
      <w:proofErr w:type="spellStart"/>
      <w:r w:rsidRPr="002748A8">
        <w:t>va</w:t>
      </w:r>
      <w:proofErr w:type="spellEnd"/>
      <w:r w:rsidRPr="002748A8">
        <w:t xml:space="preserve"> audit </w:t>
      </w:r>
      <w:proofErr w:type="spellStart"/>
      <w:r w:rsidRPr="002748A8">
        <w:t>natijalari</w:t>
      </w:r>
      <w:proofErr w:type="spellEnd"/>
      <w:r w:rsidRPr="002748A8">
        <w:t xml:space="preserve"> </w:t>
      </w:r>
      <w:proofErr w:type="spellStart"/>
      <w:r w:rsidRPr="002748A8">
        <w:t>haqidagi</w:t>
      </w:r>
      <w:proofErr w:type="spellEnd"/>
      <w:r w:rsidRPr="002748A8">
        <w:t xml:space="preserve"> </w:t>
      </w:r>
      <w:proofErr w:type="spellStart"/>
      <w:r w:rsidRPr="002748A8">
        <w:t>ma’lumotlar</w:t>
      </w:r>
      <w:proofErr w:type="spellEnd"/>
      <w:r w:rsidRPr="002748A8">
        <w:t xml:space="preserve"> </w:t>
      </w:r>
      <w:proofErr w:type="spellStart"/>
      <w:r w:rsidRPr="002748A8">
        <w:t>sud</w:t>
      </w:r>
      <w:proofErr w:type="spellEnd"/>
      <w:r w:rsidRPr="002748A8">
        <w:t xml:space="preserve"> </w:t>
      </w:r>
      <w:proofErr w:type="spellStart"/>
      <w:r w:rsidRPr="002748A8">
        <w:t>va</w:t>
      </w:r>
      <w:proofErr w:type="spellEnd"/>
      <w:r w:rsidRPr="002748A8">
        <w:t xml:space="preserve"> </w:t>
      </w:r>
      <w:proofErr w:type="spellStart"/>
      <w:r w:rsidRPr="002748A8">
        <w:t>taraflar</w:t>
      </w:r>
      <w:proofErr w:type="spellEnd"/>
      <w:r w:rsidRPr="002748A8">
        <w:t xml:space="preserve"> </w:t>
      </w:r>
      <w:proofErr w:type="spellStart"/>
      <w:r w:rsidRPr="002748A8">
        <w:t>uchun</w:t>
      </w:r>
      <w:proofErr w:type="spellEnd"/>
      <w:r w:rsidRPr="002748A8">
        <w:t xml:space="preserve"> </w:t>
      </w:r>
      <w:proofErr w:type="spellStart"/>
      <w:r w:rsidRPr="002748A8">
        <w:t>mavjud</w:t>
      </w:r>
      <w:proofErr w:type="spellEnd"/>
      <w:r w:rsidRPr="002748A8">
        <w:t xml:space="preserve"> </w:t>
      </w:r>
      <w:proofErr w:type="spellStart"/>
      <w:proofErr w:type="gramStart"/>
      <w:r w:rsidRPr="002748A8">
        <w:t>bo‘</w:t>
      </w:r>
      <w:proofErr w:type="gramEnd"/>
      <w:r w:rsidRPr="002748A8">
        <w:t>lishi</w:t>
      </w:r>
      <w:proofErr w:type="spellEnd"/>
      <w:r w:rsidRPr="002748A8">
        <w:t xml:space="preserve"> </w:t>
      </w:r>
      <w:proofErr w:type="spellStart"/>
      <w:r w:rsidRPr="002748A8">
        <w:t>kerak</w:t>
      </w:r>
      <w:proofErr w:type="spellEnd"/>
      <w:r w:rsidRPr="002748A8">
        <w:t xml:space="preserve"> [2]. Shu </w:t>
      </w:r>
      <w:proofErr w:type="spellStart"/>
      <w:r w:rsidRPr="002748A8">
        <w:t>bilan</w:t>
      </w:r>
      <w:proofErr w:type="spellEnd"/>
      <w:r w:rsidRPr="002748A8">
        <w:t xml:space="preserve"> </w:t>
      </w:r>
      <w:proofErr w:type="spellStart"/>
      <w:r w:rsidRPr="002748A8">
        <w:t>birga</w:t>
      </w:r>
      <w:proofErr w:type="spellEnd"/>
      <w:r w:rsidRPr="002748A8">
        <w:t xml:space="preserve">, SI </w:t>
      </w:r>
      <w:proofErr w:type="spellStart"/>
      <w:r w:rsidRPr="002748A8">
        <w:t>tavsiyasi</w:t>
      </w:r>
      <w:proofErr w:type="spellEnd"/>
      <w:r w:rsidRPr="002748A8">
        <w:t xml:space="preserve"> </w:t>
      </w:r>
      <w:proofErr w:type="spellStart"/>
      <w:r w:rsidRPr="002748A8">
        <w:t>sud</w:t>
      </w:r>
      <w:proofErr w:type="spellEnd"/>
      <w:r w:rsidRPr="002748A8">
        <w:t xml:space="preserve"> </w:t>
      </w:r>
      <w:proofErr w:type="spellStart"/>
      <w:r w:rsidRPr="002748A8">
        <w:t>qarorining</w:t>
      </w:r>
      <w:proofErr w:type="spellEnd"/>
      <w:r w:rsidRPr="002748A8">
        <w:t xml:space="preserve"> </w:t>
      </w:r>
      <w:proofErr w:type="spellStart"/>
      <w:r w:rsidRPr="002748A8">
        <w:t>motivatsion</w:t>
      </w:r>
      <w:proofErr w:type="spellEnd"/>
      <w:r w:rsidRPr="002748A8">
        <w:t xml:space="preserve"> </w:t>
      </w:r>
      <w:proofErr w:type="spellStart"/>
      <w:r w:rsidRPr="002748A8">
        <w:t>qismida</w:t>
      </w:r>
      <w:proofErr w:type="spellEnd"/>
      <w:r w:rsidRPr="002748A8">
        <w:t xml:space="preserve"> “</w:t>
      </w:r>
      <w:proofErr w:type="spellStart"/>
      <w:r w:rsidRPr="002748A8">
        <w:t>dalil</w:t>
      </w:r>
      <w:proofErr w:type="spellEnd"/>
      <w:r w:rsidRPr="002748A8">
        <w:t xml:space="preserve">” </w:t>
      </w:r>
      <w:proofErr w:type="spellStart"/>
      <w:r w:rsidRPr="002748A8">
        <w:t>sifatida</w:t>
      </w:r>
      <w:proofErr w:type="spellEnd"/>
      <w:r w:rsidRPr="002748A8">
        <w:t xml:space="preserve"> </w:t>
      </w:r>
      <w:proofErr w:type="spellStart"/>
      <w:r w:rsidRPr="002748A8">
        <w:t>emas</w:t>
      </w:r>
      <w:proofErr w:type="spellEnd"/>
      <w:r w:rsidRPr="002748A8">
        <w:t xml:space="preserve">, </w:t>
      </w:r>
      <w:proofErr w:type="spellStart"/>
      <w:r w:rsidRPr="002748A8">
        <w:t>balki</w:t>
      </w:r>
      <w:proofErr w:type="spellEnd"/>
      <w:r w:rsidRPr="002748A8">
        <w:t xml:space="preserve"> “</w:t>
      </w:r>
      <w:proofErr w:type="spellStart"/>
      <w:r w:rsidRPr="002748A8">
        <w:t>tashkiliy-analitik</w:t>
      </w:r>
      <w:proofErr w:type="spellEnd"/>
      <w:r w:rsidRPr="002748A8">
        <w:t xml:space="preserve"> </w:t>
      </w:r>
      <w:proofErr w:type="spellStart"/>
      <w:r w:rsidRPr="002748A8">
        <w:t>yordam</w:t>
      </w:r>
      <w:proofErr w:type="spellEnd"/>
      <w:r w:rsidRPr="002748A8">
        <w:t xml:space="preserve">” </w:t>
      </w:r>
      <w:proofErr w:type="spellStart"/>
      <w:r w:rsidRPr="002748A8">
        <w:t>sifatida</w:t>
      </w:r>
      <w:proofErr w:type="spellEnd"/>
      <w:r w:rsidRPr="002748A8">
        <w:t xml:space="preserve"> </w:t>
      </w:r>
      <w:proofErr w:type="spellStart"/>
      <w:r w:rsidRPr="002748A8">
        <w:t>qayd</w:t>
      </w:r>
      <w:proofErr w:type="spellEnd"/>
      <w:r w:rsidRPr="002748A8">
        <w:t xml:space="preserve"> </w:t>
      </w:r>
      <w:proofErr w:type="spellStart"/>
      <w:r w:rsidRPr="002748A8">
        <w:t>etilib</w:t>
      </w:r>
      <w:proofErr w:type="spellEnd"/>
      <w:r w:rsidRPr="002748A8">
        <w:t xml:space="preserve">, </w:t>
      </w:r>
      <w:proofErr w:type="spellStart"/>
      <w:r w:rsidRPr="002748A8">
        <w:t>sudya</w:t>
      </w:r>
      <w:proofErr w:type="spellEnd"/>
      <w:r w:rsidRPr="002748A8">
        <w:t xml:space="preserve"> </w:t>
      </w:r>
      <w:proofErr w:type="spellStart"/>
      <w:r w:rsidRPr="002748A8">
        <w:t>mustaqil</w:t>
      </w:r>
      <w:proofErr w:type="spellEnd"/>
      <w:r w:rsidRPr="002748A8">
        <w:t xml:space="preserve"> baho </w:t>
      </w:r>
      <w:proofErr w:type="spellStart"/>
      <w:r w:rsidRPr="002748A8">
        <w:t>bergani</w:t>
      </w:r>
      <w:proofErr w:type="spellEnd"/>
      <w:r w:rsidRPr="002748A8">
        <w:t xml:space="preserve"> </w:t>
      </w:r>
      <w:proofErr w:type="spellStart"/>
      <w:proofErr w:type="gramStart"/>
      <w:r w:rsidRPr="002748A8">
        <w:t>ko‘</w:t>
      </w:r>
      <w:proofErr w:type="gramEnd"/>
      <w:r w:rsidRPr="002748A8">
        <w:t>rsatilsa</w:t>
      </w:r>
      <w:proofErr w:type="spellEnd"/>
      <w:r w:rsidRPr="002748A8">
        <w:t xml:space="preserve">, </w:t>
      </w:r>
      <w:proofErr w:type="spellStart"/>
      <w:r w:rsidRPr="002748A8">
        <w:t>texnologik</w:t>
      </w:r>
      <w:proofErr w:type="spellEnd"/>
      <w:r w:rsidRPr="002748A8">
        <w:t xml:space="preserve"> </w:t>
      </w:r>
      <w:proofErr w:type="spellStart"/>
      <w:r w:rsidRPr="002748A8">
        <w:t>yordamning</w:t>
      </w:r>
      <w:proofErr w:type="spellEnd"/>
      <w:r w:rsidRPr="002748A8">
        <w:t xml:space="preserve"> </w:t>
      </w:r>
      <w:proofErr w:type="spellStart"/>
      <w:r w:rsidRPr="002748A8">
        <w:t>protsessual</w:t>
      </w:r>
      <w:proofErr w:type="spellEnd"/>
      <w:r w:rsidRPr="002748A8">
        <w:t xml:space="preserve"> </w:t>
      </w:r>
      <w:proofErr w:type="spellStart"/>
      <w:r w:rsidRPr="002748A8">
        <w:t>maqomi</w:t>
      </w:r>
      <w:proofErr w:type="spellEnd"/>
      <w:r w:rsidRPr="002748A8">
        <w:t xml:space="preserve"> </w:t>
      </w:r>
      <w:proofErr w:type="spellStart"/>
      <w:r w:rsidRPr="002748A8">
        <w:t>ravshanlashadi</w:t>
      </w:r>
      <w:proofErr w:type="spellEnd"/>
      <w:r w:rsidRPr="002748A8">
        <w:t>.</w:t>
      </w:r>
      <w:r>
        <w:t xml:space="preserve"> </w:t>
      </w:r>
    </w:p>
    <w:p w14:paraId="600958AB" w14:textId="77777777" w:rsidR="002748A8" w:rsidRDefault="002748A8" w:rsidP="002748A8">
      <w:pPr>
        <w:spacing w:after="0" w:line="360" w:lineRule="auto"/>
        <w:ind w:firstLine="720"/>
        <w:jc w:val="both"/>
      </w:pPr>
      <w:proofErr w:type="spellStart"/>
      <w:proofErr w:type="gramStart"/>
      <w:r w:rsidRPr="002748A8">
        <w:t>To‘</w:t>
      </w:r>
      <w:proofErr w:type="gramEnd"/>
      <w:r w:rsidRPr="002748A8">
        <w:t>rtinchi</w:t>
      </w:r>
      <w:proofErr w:type="spellEnd"/>
      <w:r w:rsidRPr="002748A8">
        <w:t xml:space="preserve"> </w:t>
      </w:r>
      <w:proofErr w:type="spellStart"/>
      <w:r w:rsidRPr="002748A8">
        <w:t>tayanch</w:t>
      </w:r>
      <w:proofErr w:type="spellEnd"/>
      <w:r w:rsidRPr="002748A8">
        <w:t xml:space="preserve"> </w:t>
      </w:r>
      <w:proofErr w:type="spellStart"/>
      <w:r w:rsidRPr="002748A8">
        <w:t>javobgarlikning</w:t>
      </w:r>
      <w:proofErr w:type="spellEnd"/>
      <w:r w:rsidRPr="002748A8">
        <w:t xml:space="preserve"> </w:t>
      </w:r>
      <w:proofErr w:type="spellStart"/>
      <w:r w:rsidRPr="002748A8">
        <w:t>taqsimlanishidir</w:t>
      </w:r>
      <w:proofErr w:type="spellEnd"/>
      <w:r w:rsidRPr="002748A8">
        <w:t xml:space="preserve">. SI </w:t>
      </w:r>
      <w:proofErr w:type="spellStart"/>
      <w:r w:rsidRPr="002748A8">
        <w:t>yordamida</w:t>
      </w:r>
      <w:proofErr w:type="spellEnd"/>
      <w:r w:rsidRPr="002748A8">
        <w:t xml:space="preserve"> </w:t>
      </w:r>
      <w:proofErr w:type="spellStart"/>
      <w:r w:rsidRPr="002748A8">
        <w:t>tayyorlangan</w:t>
      </w:r>
      <w:proofErr w:type="spellEnd"/>
      <w:r w:rsidRPr="002748A8">
        <w:t xml:space="preserve"> </w:t>
      </w:r>
      <w:proofErr w:type="spellStart"/>
      <w:r w:rsidRPr="002748A8">
        <w:t>hujjat</w:t>
      </w:r>
      <w:proofErr w:type="spellEnd"/>
      <w:r w:rsidRPr="002748A8">
        <w:t xml:space="preserve">, </w:t>
      </w:r>
      <w:proofErr w:type="spellStart"/>
      <w:r w:rsidRPr="002748A8">
        <w:t>tavsiya</w:t>
      </w:r>
      <w:proofErr w:type="spellEnd"/>
      <w:r w:rsidRPr="002748A8">
        <w:t xml:space="preserve"> </w:t>
      </w:r>
      <w:proofErr w:type="spellStart"/>
      <w:r w:rsidRPr="002748A8">
        <w:t>yoki</w:t>
      </w:r>
      <w:proofErr w:type="spellEnd"/>
      <w:r w:rsidRPr="002748A8">
        <w:t xml:space="preserve"> </w:t>
      </w:r>
      <w:proofErr w:type="spellStart"/>
      <w:r w:rsidRPr="002748A8">
        <w:t>prognoz</w:t>
      </w:r>
      <w:proofErr w:type="spellEnd"/>
      <w:r w:rsidRPr="002748A8">
        <w:t xml:space="preserve"> </w:t>
      </w:r>
      <w:proofErr w:type="spellStart"/>
      <w:proofErr w:type="gramStart"/>
      <w:r w:rsidRPr="002748A8">
        <w:t>noto‘g‘</w:t>
      </w:r>
      <w:proofErr w:type="gramEnd"/>
      <w:r w:rsidRPr="002748A8">
        <w:t>ri</w:t>
      </w:r>
      <w:proofErr w:type="spellEnd"/>
      <w:r w:rsidRPr="002748A8">
        <w:t xml:space="preserve"> </w:t>
      </w:r>
      <w:proofErr w:type="spellStart"/>
      <w:proofErr w:type="gramStart"/>
      <w:r w:rsidRPr="002748A8">
        <w:t>bo‘</w:t>
      </w:r>
      <w:proofErr w:type="gramEnd"/>
      <w:r w:rsidRPr="002748A8">
        <w:t>lsa</w:t>
      </w:r>
      <w:proofErr w:type="spellEnd"/>
      <w:r w:rsidRPr="002748A8">
        <w:t xml:space="preserve">, </w:t>
      </w:r>
      <w:proofErr w:type="spellStart"/>
      <w:r w:rsidRPr="002748A8">
        <w:t>zarar</w:t>
      </w:r>
      <w:proofErr w:type="spellEnd"/>
      <w:r w:rsidRPr="002748A8">
        <w:t xml:space="preserve"> </w:t>
      </w:r>
      <w:proofErr w:type="spellStart"/>
      <w:r w:rsidRPr="002748A8">
        <w:t>kim</w:t>
      </w:r>
      <w:proofErr w:type="spellEnd"/>
      <w:r w:rsidRPr="002748A8">
        <w:t xml:space="preserve"> </w:t>
      </w:r>
      <w:proofErr w:type="spellStart"/>
      <w:r w:rsidRPr="002748A8">
        <w:t>zimmasiga</w:t>
      </w:r>
      <w:proofErr w:type="spellEnd"/>
      <w:r w:rsidRPr="002748A8">
        <w:t xml:space="preserve"> </w:t>
      </w:r>
      <w:proofErr w:type="spellStart"/>
      <w:r w:rsidRPr="002748A8">
        <w:t>tushishi</w:t>
      </w:r>
      <w:proofErr w:type="spellEnd"/>
      <w:r w:rsidRPr="002748A8">
        <w:t xml:space="preserve"> </w:t>
      </w:r>
      <w:proofErr w:type="spellStart"/>
      <w:r w:rsidRPr="002748A8">
        <w:t>masalasi</w:t>
      </w:r>
      <w:proofErr w:type="spellEnd"/>
      <w:r w:rsidRPr="002748A8">
        <w:t xml:space="preserve"> </w:t>
      </w:r>
      <w:proofErr w:type="spellStart"/>
      <w:r w:rsidRPr="002748A8">
        <w:t>huquqiy</w:t>
      </w:r>
      <w:proofErr w:type="spellEnd"/>
      <w:r w:rsidRPr="002748A8">
        <w:t xml:space="preserve"> </w:t>
      </w:r>
      <w:proofErr w:type="spellStart"/>
      <w:r w:rsidRPr="002748A8">
        <w:t>tartibga</w:t>
      </w:r>
      <w:proofErr w:type="spellEnd"/>
      <w:r w:rsidRPr="002748A8">
        <w:t xml:space="preserve"> </w:t>
      </w:r>
      <w:proofErr w:type="spellStart"/>
      <w:r w:rsidRPr="002748A8">
        <w:t>solishda</w:t>
      </w:r>
      <w:proofErr w:type="spellEnd"/>
      <w:r w:rsidRPr="002748A8">
        <w:t xml:space="preserve"> </w:t>
      </w:r>
      <w:proofErr w:type="spellStart"/>
      <w:r w:rsidRPr="002748A8">
        <w:t>markaziy</w:t>
      </w:r>
      <w:proofErr w:type="spellEnd"/>
      <w:r w:rsidRPr="002748A8">
        <w:t xml:space="preserve"> </w:t>
      </w:r>
      <w:proofErr w:type="spellStart"/>
      <w:proofErr w:type="gramStart"/>
      <w:r w:rsidRPr="002748A8">
        <w:t>o‘</w:t>
      </w:r>
      <w:proofErr w:type="gramEnd"/>
      <w:r w:rsidRPr="002748A8">
        <w:t>rin</w:t>
      </w:r>
      <w:proofErr w:type="spellEnd"/>
      <w:r w:rsidRPr="002748A8">
        <w:t xml:space="preserve"> </w:t>
      </w:r>
      <w:proofErr w:type="spellStart"/>
      <w:r w:rsidRPr="002748A8">
        <w:t>tutadi</w:t>
      </w:r>
      <w:proofErr w:type="spellEnd"/>
      <w:r w:rsidRPr="002748A8">
        <w:t xml:space="preserve">. </w:t>
      </w:r>
      <w:proofErr w:type="spellStart"/>
      <w:r w:rsidRPr="002748A8">
        <w:t>An’anaviy</w:t>
      </w:r>
      <w:proofErr w:type="spellEnd"/>
      <w:r w:rsidRPr="002748A8">
        <w:t xml:space="preserve"> </w:t>
      </w:r>
      <w:proofErr w:type="spellStart"/>
      <w:r w:rsidRPr="002748A8">
        <w:t>modelda</w:t>
      </w:r>
      <w:proofErr w:type="spellEnd"/>
      <w:r w:rsidRPr="002748A8">
        <w:t xml:space="preserve"> </w:t>
      </w:r>
      <w:proofErr w:type="spellStart"/>
      <w:r w:rsidRPr="002748A8">
        <w:t>sudya</w:t>
      </w:r>
      <w:proofErr w:type="spellEnd"/>
      <w:r w:rsidRPr="002748A8">
        <w:t xml:space="preserve"> </w:t>
      </w:r>
      <w:proofErr w:type="spellStart"/>
      <w:r w:rsidRPr="002748A8">
        <w:t>qaror</w:t>
      </w:r>
      <w:proofErr w:type="spellEnd"/>
      <w:r w:rsidRPr="002748A8">
        <w:t xml:space="preserve"> </w:t>
      </w:r>
      <w:proofErr w:type="spellStart"/>
      <w:r w:rsidRPr="002748A8">
        <w:t>uchun</w:t>
      </w:r>
      <w:proofErr w:type="spellEnd"/>
      <w:r w:rsidRPr="002748A8">
        <w:t xml:space="preserve"> </w:t>
      </w:r>
      <w:proofErr w:type="spellStart"/>
      <w:r w:rsidRPr="002748A8">
        <w:t>javobgar</w:t>
      </w:r>
      <w:proofErr w:type="spellEnd"/>
      <w:r w:rsidRPr="002748A8">
        <w:t xml:space="preserve">, </w:t>
      </w:r>
      <w:proofErr w:type="spellStart"/>
      <w:r w:rsidRPr="002748A8">
        <w:t>biroq</w:t>
      </w:r>
      <w:proofErr w:type="spellEnd"/>
      <w:r w:rsidRPr="002748A8">
        <w:t xml:space="preserve"> SI </w:t>
      </w:r>
      <w:proofErr w:type="spellStart"/>
      <w:r w:rsidRPr="002748A8">
        <w:t>joriy</w:t>
      </w:r>
      <w:proofErr w:type="spellEnd"/>
      <w:r w:rsidRPr="002748A8">
        <w:t xml:space="preserve"> </w:t>
      </w:r>
      <w:proofErr w:type="spellStart"/>
      <w:r w:rsidRPr="002748A8">
        <w:t>etilganda</w:t>
      </w:r>
      <w:proofErr w:type="spellEnd"/>
      <w:r w:rsidRPr="002748A8">
        <w:t xml:space="preserve"> “</w:t>
      </w:r>
      <w:proofErr w:type="spellStart"/>
      <w:r w:rsidRPr="002748A8">
        <w:t>javobgarlik</w:t>
      </w:r>
      <w:proofErr w:type="spellEnd"/>
      <w:r w:rsidRPr="002748A8">
        <w:t xml:space="preserve"> </w:t>
      </w:r>
      <w:proofErr w:type="spellStart"/>
      <w:r w:rsidRPr="002748A8">
        <w:t>zanjiri</w:t>
      </w:r>
      <w:proofErr w:type="spellEnd"/>
      <w:r w:rsidRPr="002748A8">
        <w:t xml:space="preserve">” </w:t>
      </w:r>
      <w:proofErr w:type="spellStart"/>
      <w:r w:rsidRPr="002748A8">
        <w:t>paydo</w:t>
      </w:r>
      <w:proofErr w:type="spellEnd"/>
      <w:r w:rsidRPr="002748A8">
        <w:t xml:space="preserve"> </w:t>
      </w:r>
      <w:proofErr w:type="spellStart"/>
      <w:proofErr w:type="gramStart"/>
      <w:r w:rsidRPr="002748A8">
        <w:t>bo‘</w:t>
      </w:r>
      <w:proofErr w:type="gramEnd"/>
      <w:r w:rsidRPr="002748A8">
        <w:t>ladi</w:t>
      </w:r>
      <w:proofErr w:type="spellEnd"/>
      <w:r w:rsidRPr="002748A8">
        <w:t xml:space="preserve">: </w:t>
      </w:r>
      <w:proofErr w:type="spellStart"/>
      <w:r w:rsidRPr="002748A8">
        <w:t>ishlab</w:t>
      </w:r>
      <w:proofErr w:type="spellEnd"/>
      <w:r w:rsidRPr="002748A8">
        <w:t xml:space="preserve"> </w:t>
      </w:r>
      <w:proofErr w:type="spellStart"/>
      <w:r w:rsidRPr="002748A8">
        <w:t>chiquvchi</w:t>
      </w:r>
      <w:proofErr w:type="spellEnd"/>
      <w:r w:rsidRPr="002748A8">
        <w:t xml:space="preserve">, integrator, </w:t>
      </w:r>
      <w:proofErr w:type="spellStart"/>
      <w:r w:rsidRPr="002748A8">
        <w:t>ma’lumot</w:t>
      </w:r>
      <w:proofErr w:type="spellEnd"/>
      <w:r w:rsidRPr="002748A8">
        <w:t xml:space="preserve"> </w:t>
      </w:r>
      <w:proofErr w:type="spellStart"/>
      <w:r w:rsidRPr="002748A8">
        <w:t>operatori</w:t>
      </w:r>
      <w:proofErr w:type="spellEnd"/>
      <w:r w:rsidRPr="002748A8">
        <w:t xml:space="preserve">, </w:t>
      </w:r>
      <w:proofErr w:type="spellStart"/>
      <w:r w:rsidRPr="002748A8">
        <w:t>sud</w:t>
      </w:r>
      <w:proofErr w:type="spellEnd"/>
      <w:r w:rsidRPr="002748A8">
        <w:t xml:space="preserve"> </w:t>
      </w:r>
      <w:proofErr w:type="spellStart"/>
      <w:r w:rsidRPr="002748A8">
        <w:t>apparati</w:t>
      </w:r>
      <w:proofErr w:type="spellEnd"/>
      <w:r w:rsidRPr="002748A8">
        <w:t xml:space="preserve"> </w:t>
      </w:r>
      <w:proofErr w:type="spellStart"/>
      <w:r w:rsidRPr="002748A8">
        <w:t>va</w:t>
      </w:r>
      <w:proofErr w:type="spellEnd"/>
      <w:r w:rsidRPr="002748A8">
        <w:t xml:space="preserve"> </w:t>
      </w:r>
      <w:proofErr w:type="spellStart"/>
      <w:r w:rsidRPr="002748A8">
        <w:t>sudya</w:t>
      </w:r>
      <w:proofErr w:type="spellEnd"/>
      <w:r w:rsidRPr="002748A8">
        <w:t xml:space="preserve"> </w:t>
      </w:r>
      <w:proofErr w:type="spellStart"/>
      <w:proofErr w:type="gramStart"/>
      <w:r w:rsidRPr="002748A8">
        <w:lastRenderedPageBreak/>
        <w:t>o‘</w:t>
      </w:r>
      <w:proofErr w:type="gramEnd"/>
      <w:r w:rsidRPr="002748A8">
        <w:t>rtasida</w:t>
      </w:r>
      <w:proofErr w:type="spellEnd"/>
      <w:r w:rsidRPr="002748A8">
        <w:t xml:space="preserve"> </w:t>
      </w:r>
      <w:proofErr w:type="spellStart"/>
      <w:r w:rsidRPr="002748A8">
        <w:t>funksiyalar</w:t>
      </w:r>
      <w:proofErr w:type="spellEnd"/>
      <w:r w:rsidRPr="002748A8">
        <w:t xml:space="preserve"> </w:t>
      </w:r>
      <w:proofErr w:type="spellStart"/>
      <w:proofErr w:type="gramStart"/>
      <w:r w:rsidRPr="002748A8">
        <w:t>bo‘</w:t>
      </w:r>
      <w:proofErr w:type="gramEnd"/>
      <w:r w:rsidRPr="002748A8">
        <w:t>linadi</w:t>
      </w:r>
      <w:proofErr w:type="spellEnd"/>
      <w:r w:rsidRPr="002748A8">
        <w:t xml:space="preserve">. </w:t>
      </w:r>
      <w:proofErr w:type="spellStart"/>
      <w:r w:rsidRPr="002748A8">
        <w:t>Milliy</w:t>
      </w:r>
      <w:proofErr w:type="spellEnd"/>
      <w:r w:rsidRPr="002748A8">
        <w:t xml:space="preserve"> </w:t>
      </w:r>
      <w:proofErr w:type="spellStart"/>
      <w:r w:rsidRPr="002748A8">
        <w:t>modelda</w:t>
      </w:r>
      <w:proofErr w:type="spellEnd"/>
      <w:r w:rsidRPr="002748A8">
        <w:t xml:space="preserve">, </w:t>
      </w:r>
      <w:proofErr w:type="spellStart"/>
      <w:r w:rsidRPr="002748A8">
        <w:t>bir</w:t>
      </w:r>
      <w:proofErr w:type="spellEnd"/>
      <w:r w:rsidRPr="002748A8">
        <w:t xml:space="preserve"> </w:t>
      </w:r>
      <w:proofErr w:type="spellStart"/>
      <w:r w:rsidRPr="002748A8">
        <w:t>tomondan</w:t>
      </w:r>
      <w:proofErr w:type="spellEnd"/>
      <w:r w:rsidRPr="002748A8">
        <w:t xml:space="preserve">, </w:t>
      </w:r>
      <w:proofErr w:type="spellStart"/>
      <w:r w:rsidRPr="002748A8">
        <w:t>sudyaning</w:t>
      </w:r>
      <w:proofErr w:type="spellEnd"/>
      <w:r w:rsidRPr="002748A8">
        <w:t xml:space="preserve"> </w:t>
      </w:r>
      <w:proofErr w:type="spellStart"/>
      <w:r w:rsidRPr="002748A8">
        <w:t>yakuniy</w:t>
      </w:r>
      <w:proofErr w:type="spellEnd"/>
      <w:r w:rsidRPr="002748A8">
        <w:t xml:space="preserve"> </w:t>
      </w:r>
      <w:proofErr w:type="spellStart"/>
      <w:r w:rsidRPr="002748A8">
        <w:t>qaror</w:t>
      </w:r>
      <w:proofErr w:type="spellEnd"/>
      <w:r w:rsidRPr="002748A8">
        <w:t xml:space="preserve"> </w:t>
      </w:r>
      <w:proofErr w:type="spellStart"/>
      <w:r w:rsidRPr="002748A8">
        <w:t>uchun</w:t>
      </w:r>
      <w:proofErr w:type="spellEnd"/>
      <w:r w:rsidRPr="002748A8">
        <w:t xml:space="preserve"> </w:t>
      </w:r>
      <w:proofErr w:type="spellStart"/>
      <w:r w:rsidRPr="002748A8">
        <w:t>javobgarligi</w:t>
      </w:r>
      <w:proofErr w:type="spellEnd"/>
      <w:r w:rsidRPr="002748A8">
        <w:t xml:space="preserve"> </w:t>
      </w:r>
      <w:proofErr w:type="spellStart"/>
      <w:r w:rsidRPr="002748A8">
        <w:t>saqlangan</w:t>
      </w:r>
      <w:proofErr w:type="spellEnd"/>
      <w:r w:rsidRPr="002748A8">
        <w:t xml:space="preserve"> </w:t>
      </w:r>
      <w:proofErr w:type="spellStart"/>
      <w:r w:rsidRPr="002748A8">
        <w:t>holda</w:t>
      </w:r>
      <w:proofErr w:type="spellEnd"/>
      <w:r w:rsidRPr="002748A8">
        <w:t xml:space="preserve">, </w:t>
      </w:r>
      <w:proofErr w:type="spellStart"/>
      <w:r w:rsidRPr="002748A8">
        <w:t>ikkinchi</w:t>
      </w:r>
      <w:proofErr w:type="spellEnd"/>
      <w:r w:rsidRPr="002748A8">
        <w:t xml:space="preserve"> </w:t>
      </w:r>
      <w:proofErr w:type="spellStart"/>
      <w:r w:rsidRPr="002748A8">
        <w:t>tomondan</w:t>
      </w:r>
      <w:proofErr w:type="spellEnd"/>
      <w:r w:rsidRPr="002748A8">
        <w:t xml:space="preserve">, </w:t>
      </w:r>
      <w:proofErr w:type="spellStart"/>
      <w:r w:rsidRPr="002748A8">
        <w:t>texnik</w:t>
      </w:r>
      <w:proofErr w:type="spellEnd"/>
      <w:r w:rsidRPr="002748A8">
        <w:t xml:space="preserve"> </w:t>
      </w:r>
      <w:proofErr w:type="spellStart"/>
      <w:r w:rsidRPr="002748A8">
        <w:t>nuqsonlar</w:t>
      </w:r>
      <w:proofErr w:type="spellEnd"/>
      <w:r w:rsidRPr="002748A8">
        <w:t xml:space="preserve">, </w:t>
      </w:r>
      <w:proofErr w:type="spellStart"/>
      <w:proofErr w:type="gramStart"/>
      <w:r w:rsidRPr="002748A8">
        <w:t>noto‘g‘</w:t>
      </w:r>
      <w:proofErr w:type="gramEnd"/>
      <w:r w:rsidRPr="002748A8">
        <w:t>ri</w:t>
      </w:r>
      <w:proofErr w:type="spellEnd"/>
      <w:r w:rsidRPr="002748A8">
        <w:t xml:space="preserve"> </w:t>
      </w:r>
      <w:proofErr w:type="spellStart"/>
      <w:r w:rsidRPr="002748A8">
        <w:t>konfiguratsiya</w:t>
      </w:r>
      <w:proofErr w:type="spellEnd"/>
      <w:r w:rsidRPr="002748A8">
        <w:t xml:space="preserve"> </w:t>
      </w:r>
      <w:proofErr w:type="spellStart"/>
      <w:r w:rsidRPr="002748A8">
        <w:t>yoki</w:t>
      </w:r>
      <w:proofErr w:type="spellEnd"/>
      <w:r w:rsidRPr="002748A8">
        <w:t xml:space="preserve"> audit </w:t>
      </w:r>
      <w:proofErr w:type="spellStart"/>
      <w:r w:rsidRPr="002748A8">
        <w:t>talablari</w:t>
      </w:r>
      <w:proofErr w:type="spellEnd"/>
      <w:r w:rsidRPr="002748A8">
        <w:t xml:space="preserve"> </w:t>
      </w:r>
      <w:proofErr w:type="spellStart"/>
      <w:r w:rsidRPr="002748A8">
        <w:t>buzilishi</w:t>
      </w:r>
      <w:proofErr w:type="spellEnd"/>
      <w:r w:rsidRPr="002748A8">
        <w:t xml:space="preserve"> </w:t>
      </w:r>
      <w:proofErr w:type="spellStart"/>
      <w:r w:rsidRPr="002748A8">
        <w:t>oqibatida</w:t>
      </w:r>
      <w:proofErr w:type="spellEnd"/>
      <w:r w:rsidRPr="002748A8">
        <w:t xml:space="preserve"> </w:t>
      </w:r>
      <w:proofErr w:type="spellStart"/>
      <w:r w:rsidRPr="002748A8">
        <w:t>yetkazilgan</w:t>
      </w:r>
      <w:proofErr w:type="spellEnd"/>
      <w:r w:rsidRPr="002748A8">
        <w:t xml:space="preserve"> </w:t>
      </w:r>
      <w:proofErr w:type="spellStart"/>
      <w:r w:rsidRPr="002748A8">
        <w:t>zarar</w:t>
      </w:r>
      <w:proofErr w:type="spellEnd"/>
      <w:r w:rsidRPr="002748A8">
        <w:t xml:space="preserve"> </w:t>
      </w:r>
      <w:proofErr w:type="spellStart"/>
      <w:r w:rsidRPr="002748A8">
        <w:t>uchun</w:t>
      </w:r>
      <w:proofErr w:type="spellEnd"/>
      <w:r w:rsidRPr="002748A8">
        <w:t xml:space="preserve"> </w:t>
      </w:r>
      <w:proofErr w:type="spellStart"/>
      <w:r w:rsidRPr="002748A8">
        <w:t>ishlab</w:t>
      </w:r>
      <w:proofErr w:type="spellEnd"/>
      <w:r w:rsidRPr="002748A8">
        <w:t xml:space="preserve"> </w:t>
      </w:r>
      <w:proofErr w:type="spellStart"/>
      <w:r w:rsidRPr="002748A8">
        <w:t>chiquvchi</w:t>
      </w:r>
      <w:proofErr w:type="spellEnd"/>
      <w:r w:rsidRPr="002748A8">
        <w:t xml:space="preserve"> </w:t>
      </w:r>
      <w:proofErr w:type="spellStart"/>
      <w:r w:rsidRPr="002748A8">
        <w:t>va</w:t>
      </w:r>
      <w:proofErr w:type="spellEnd"/>
      <w:r w:rsidRPr="002748A8">
        <w:t xml:space="preserve"> </w:t>
      </w:r>
      <w:proofErr w:type="spellStart"/>
      <w:r w:rsidRPr="002748A8">
        <w:t>operatorlarning</w:t>
      </w:r>
      <w:proofErr w:type="spellEnd"/>
      <w:r w:rsidRPr="002748A8">
        <w:t xml:space="preserve"> </w:t>
      </w:r>
      <w:proofErr w:type="spellStart"/>
      <w:r w:rsidRPr="002748A8">
        <w:t>javobgarligi</w:t>
      </w:r>
      <w:proofErr w:type="spellEnd"/>
      <w:r w:rsidRPr="002748A8">
        <w:t xml:space="preserve"> ham </w:t>
      </w:r>
      <w:proofErr w:type="spellStart"/>
      <w:r w:rsidRPr="002748A8">
        <w:t>aniq</w:t>
      </w:r>
      <w:proofErr w:type="spellEnd"/>
      <w:r w:rsidRPr="002748A8">
        <w:t xml:space="preserve"> </w:t>
      </w:r>
      <w:proofErr w:type="spellStart"/>
      <w:r w:rsidRPr="002748A8">
        <w:t>belgilanishi</w:t>
      </w:r>
      <w:proofErr w:type="spellEnd"/>
      <w:r w:rsidRPr="002748A8">
        <w:t xml:space="preserve"> </w:t>
      </w:r>
      <w:proofErr w:type="spellStart"/>
      <w:r w:rsidRPr="002748A8">
        <w:t>kerak</w:t>
      </w:r>
      <w:proofErr w:type="spellEnd"/>
      <w:r w:rsidRPr="002748A8">
        <w:t xml:space="preserve"> [4]. </w:t>
      </w:r>
      <w:proofErr w:type="spellStart"/>
      <w:r w:rsidRPr="002748A8">
        <w:t>Amaliy</w:t>
      </w:r>
      <w:proofErr w:type="spellEnd"/>
      <w:r w:rsidRPr="002748A8">
        <w:t xml:space="preserve"> </w:t>
      </w:r>
      <w:proofErr w:type="spellStart"/>
      <w:r w:rsidRPr="002748A8">
        <w:t>mexanizm</w:t>
      </w:r>
      <w:proofErr w:type="spellEnd"/>
      <w:r w:rsidRPr="002748A8">
        <w:t xml:space="preserve"> </w:t>
      </w:r>
      <w:proofErr w:type="spellStart"/>
      <w:r w:rsidRPr="002748A8">
        <w:t>sifatida</w:t>
      </w:r>
      <w:proofErr w:type="spellEnd"/>
      <w:r w:rsidRPr="002748A8">
        <w:t xml:space="preserve"> SI </w:t>
      </w:r>
      <w:proofErr w:type="spellStart"/>
      <w:r w:rsidRPr="002748A8">
        <w:t>tizimlari</w:t>
      </w:r>
      <w:proofErr w:type="spellEnd"/>
      <w:r w:rsidRPr="002748A8">
        <w:t xml:space="preserve"> </w:t>
      </w:r>
      <w:proofErr w:type="spellStart"/>
      <w:r w:rsidRPr="002748A8">
        <w:t>uchun</w:t>
      </w:r>
      <w:proofErr w:type="spellEnd"/>
      <w:r w:rsidRPr="002748A8">
        <w:t xml:space="preserve"> </w:t>
      </w:r>
      <w:proofErr w:type="spellStart"/>
      <w:r w:rsidRPr="002748A8">
        <w:t>majburiy</w:t>
      </w:r>
      <w:proofErr w:type="spellEnd"/>
      <w:r w:rsidRPr="002748A8">
        <w:t xml:space="preserve"> </w:t>
      </w:r>
      <w:proofErr w:type="spellStart"/>
      <w:r w:rsidRPr="002748A8">
        <w:t>sertifikatlash</w:t>
      </w:r>
      <w:proofErr w:type="spellEnd"/>
      <w:r w:rsidRPr="002748A8">
        <w:t xml:space="preserve">, </w:t>
      </w:r>
      <w:proofErr w:type="spellStart"/>
      <w:r w:rsidRPr="002748A8">
        <w:t>ekspluatatsiya</w:t>
      </w:r>
      <w:proofErr w:type="spellEnd"/>
      <w:r w:rsidRPr="002748A8">
        <w:t xml:space="preserve"> </w:t>
      </w:r>
      <w:proofErr w:type="spellStart"/>
      <w:r w:rsidRPr="002748A8">
        <w:t>oldi</w:t>
      </w:r>
      <w:proofErr w:type="spellEnd"/>
      <w:r w:rsidRPr="002748A8">
        <w:t xml:space="preserve"> </w:t>
      </w:r>
      <w:proofErr w:type="spellStart"/>
      <w:r w:rsidRPr="002748A8">
        <w:t>sinovlari</w:t>
      </w:r>
      <w:proofErr w:type="spellEnd"/>
      <w:r w:rsidRPr="002748A8">
        <w:t xml:space="preserve">, </w:t>
      </w:r>
      <w:proofErr w:type="spellStart"/>
      <w:r w:rsidRPr="002748A8">
        <w:t>muntazam</w:t>
      </w:r>
      <w:proofErr w:type="spellEnd"/>
      <w:r w:rsidRPr="002748A8">
        <w:t xml:space="preserve"> </w:t>
      </w:r>
      <w:proofErr w:type="spellStart"/>
      <w:r w:rsidRPr="002748A8">
        <w:t>qayta</w:t>
      </w:r>
      <w:proofErr w:type="spellEnd"/>
      <w:r w:rsidRPr="002748A8">
        <w:t xml:space="preserve"> </w:t>
      </w:r>
      <w:proofErr w:type="spellStart"/>
      <w:r w:rsidRPr="002748A8">
        <w:t>attestatsiya</w:t>
      </w:r>
      <w:proofErr w:type="spellEnd"/>
      <w:r w:rsidRPr="002748A8">
        <w:t>, “</w:t>
      </w:r>
      <w:proofErr w:type="spellStart"/>
      <w:r w:rsidRPr="002748A8">
        <w:t>versiya</w:t>
      </w:r>
      <w:proofErr w:type="spellEnd"/>
      <w:r w:rsidRPr="002748A8">
        <w:t xml:space="preserve"> </w:t>
      </w:r>
      <w:proofErr w:type="spellStart"/>
      <w:r w:rsidRPr="002748A8">
        <w:t>nazorati</w:t>
      </w:r>
      <w:proofErr w:type="spellEnd"/>
      <w:r w:rsidRPr="002748A8">
        <w:t xml:space="preserve">” </w:t>
      </w:r>
      <w:proofErr w:type="spellStart"/>
      <w:r w:rsidRPr="002748A8">
        <w:t>va</w:t>
      </w:r>
      <w:proofErr w:type="spellEnd"/>
      <w:r w:rsidRPr="002748A8">
        <w:t xml:space="preserve"> </w:t>
      </w:r>
      <w:proofErr w:type="spellStart"/>
      <w:proofErr w:type="gramStart"/>
      <w:r w:rsidRPr="002748A8">
        <w:t>o‘</w:t>
      </w:r>
      <w:proofErr w:type="gramEnd"/>
      <w:r w:rsidRPr="002748A8">
        <w:t>zgarishlar</w:t>
      </w:r>
      <w:proofErr w:type="spellEnd"/>
      <w:r w:rsidRPr="002748A8">
        <w:t xml:space="preserve"> </w:t>
      </w:r>
      <w:proofErr w:type="spellStart"/>
      <w:r w:rsidRPr="002748A8">
        <w:t>reyestri</w:t>
      </w:r>
      <w:proofErr w:type="spellEnd"/>
      <w:r w:rsidRPr="002748A8">
        <w:t xml:space="preserve"> </w:t>
      </w:r>
      <w:proofErr w:type="spellStart"/>
      <w:r w:rsidRPr="002748A8">
        <w:t>joriy</w:t>
      </w:r>
      <w:proofErr w:type="spellEnd"/>
      <w:r w:rsidRPr="002748A8">
        <w:t xml:space="preserve"> </w:t>
      </w:r>
      <w:proofErr w:type="spellStart"/>
      <w:r w:rsidRPr="002748A8">
        <w:t>etilishi</w:t>
      </w:r>
      <w:proofErr w:type="spellEnd"/>
      <w:r w:rsidRPr="002748A8">
        <w:t xml:space="preserve"> </w:t>
      </w:r>
      <w:proofErr w:type="spellStart"/>
      <w:r w:rsidRPr="002748A8">
        <w:t>maqsadga</w:t>
      </w:r>
      <w:proofErr w:type="spellEnd"/>
      <w:r w:rsidRPr="002748A8">
        <w:t xml:space="preserve"> </w:t>
      </w:r>
      <w:proofErr w:type="spellStart"/>
      <w:r w:rsidRPr="002748A8">
        <w:t>muvofiq</w:t>
      </w:r>
      <w:proofErr w:type="spellEnd"/>
      <w:r w:rsidRPr="002748A8">
        <w:t xml:space="preserve">. </w:t>
      </w:r>
      <w:proofErr w:type="spellStart"/>
      <w:r w:rsidRPr="002748A8">
        <w:t>Ayniqsa</w:t>
      </w:r>
      <w:proofErr w:type="spellEnd"/>
      <w:r w:rsidRPr="002748A8">
        <w:t xml:space="preserve">, </w:t>
      </w:r>
      <w:proofErr w:type="spellStart"/>
      <w:r w:rsidRPr="002748A8">
        <w:t>sud</w:t>
      </w:r>
      <w:proofErr w:type="spellEnd"/>
      <w:r w:rsidRPr="002748A8">
        <w:t xml:space="preserve"> </w:t>
      </w:r>
      <w:proofErr w:type="spellStart"/>
      <w:r w:rsidRPr="002748A8">
        <w:t>tizimida</w:t>
      </w:r>
      <w:proofErr w:type="spellEnd"/>
      <w:r w:rsidRPr="002748A8">
        <w:t xml:space="preserve"> “model </w:t>
      </w:r>
      <w:proofErr w:type="spellStart"/>
      <w:proofErr w:type="gramStart"/>
      <w:r w:rsidRPr="002748A8">
        <w:t>yangilanishi”ning</w:t>
      </w:r>
      <w:proofErr w:type="spellEnd"/>
      <w:proofErr w:type="gramEnd"/>
      <w:r w:rsidRPr="002748A8">
        <w:t xml:space="preserve"> </w:t>
      </w:r>
      <w:proofErr w:type="spellStart"/>
      <w:r w:rsidRPr="002748A8">
        <w:t>nazoratsiz</w:t>
      </w:r>
      <w:proofErr w:type="spellEnd"/>
      <w:r w:rsidRPr="002748A8">
        <w:t xml:space="preserve"> </w:t>
      </w:r>
      <w:proofErr w:type="spellStart"/>
      <w:proofErr w:type="gramStart"/>
      <w:r w:rsidRPr="002748A8">
        <w:t>bo‘</w:t>
      </w:r>
      <w:proofErr w:type="gramEnd"/>
      <w:r w:rsidRPr="002748A8">
        <w:t>lishi</w:t>
      </w:r>
      <w:proofErr w:type="spellEnd"/>
      <w:r w:rsidRPr="002748A8">
        <w:t xml:space="preserve"> </w:t>
      </w:r>
      <w:proofErr w:type="spellStart"/>
      <w:r w:rsidRPr="002748A8">
        <w:t>bir</w:t>
      </w:r>
      <w:proofErr w:type="spellEnd"/>
      <w:r w:rsidRPr="002748A8">
        <w:t xml:space="preserve"> </w:t>
      </w:r>
      <w:proofErr w:type="spellStart"/>
      <w:r w:rsidRPr="002748A8">
        <w:t>xil</w:t>
      </w:r>
      <w:proofErr w:type="spellEnd"/>
      <w:r w:rsidRPr="002748A8">
        <w:t xml:space="preserve"> </w:t>
      </w:r>
      <w:proofErr w:type="spellStart"/>
      <w:r w:rsidRPr="002748A8">
        <w:t>toifadagi</w:t>
      </w:r>
      <w:proofErr w:type="spellEnd"/>
      <w:r w:rsidRPr="002748A8">
        <w:t xml:space="preserve"> </w:t>
      </w:r>
      <w:proofErr w:type="spellStart"/>
      <w:r w:rsidRPr="002748A8">
        <w:t>ishlar</w:t>
      </w:r>
      <w:proofErr w:type="spellEnd"/>
      <w:r w:rsidRPr="002748A8">
        <w:t xml:space="preserve"> </w:t>
      </w:r>
      <w:proofErr w:type="spellStart"/>
      <w:proofErr w:type="gramStart"/>
      <w:r w:rsidRPr="002748A8">
        <w:t>bo‘</w:t>
      </w:r>
      <w:proofErr w:type="gramEnd"/>
      <w:r w:rsidRPr="002748A8">
        <w:t>yicha</w:t>
      </w:r>
      <w:proofErr w:type="spellEnd"/>
      <w:r w:rsidRPr="002748A8">
        <w:t xml:space="preserve"> </w:t>
      </w:r>
      <w:proofErr w:type="spellStart"/>
      <w:r w:rsidRPr="002748A8">
        <w:t>turlicha</w:t>
      </w:r>
      <w:proofErr w:type="spellEnd"/>
      <w:r w:rsidRPr="002748A8">
        <w:t xml:space="preserve"> </w:t>
      </w:r>
      <w:proofErr w:type="spellStart"/>
      <w:r w:rsidRPr="002748A8">
        <w:t>natijalar</w:t>
      </w:r>
      <w:proofErr w:type="spellEnd"/>
      <w:r w:rsidRPr="002748A8">
        <w:t xml:space="preserve"> </w:t>
      </w:r>
      <w:proofErr w:type="spellStart"/>
      <w:r w:rsidRPr="002748A8">
        <w:t>ehtimolini</w:t>
      </w:r>
      <w:proofErr w:type="spellEnd"/>
      <w:r w:rsidRPr="002748A8">
        <w:t xml:space="preserve"> </w:t>
      </w:r>
      <w:proofErr w:type="spellStart"/>
      <w:r w:rsidRPr="002748A8">
        <w:t>kuchaytiradi</w:t>
      </w:r>
      <w:proofErr w:type="spellEnd"/>
      <w:r w:rsidRPr="002748A8">
        <w:t xml:space="preserve"> </w:t>
      </w:r>
      <w:proofErr w:type="spellStart"/>
      <w:r w:rsidRPr="002748A8">
        <w:t>va</w:t>
      </w:r>
      <w:proofErr w:type="spellEnd"/>
      <w:r w:rsidRPr="002748A8">
        <w:t xml:space="preserve"> </w:t>
      </w:r>
      <w:proofErr w:type="spellStart"/>
      <w:r w:rsidRPr="002748A8">
        <w:t>huquqiy</w:t>
      </w:r>
      <w:proofErr w:type="spellEnd"/>
      <w:r w:rsidRPr="002748A8">
        <w:t xml:space="preserve"> </w:t>
      </w:r>
      <w:proofErr w:type="spellStart"/>
      <w:r w:rsidRPr="002748A8">
        <w:t>aniqlik</w:t>
      </w:r>
      <w:proofErr w:type="spellEnd"/>
      <w:r w:rsidRPr="002748A8">
        <w:t xml:space="preserve"> </w:t>
      </w:r>
      <w:proofErr w:type="spellStart"/>
      <w:r w:rsidRPr="002748A8">
        <w:t>prinsipi</w:t>
      </w:r>
      <w:proofErr w:type="spellEnd"/>
      <w:r w:rsidRPr="002748A8">
        <w:t xml:space="preserve"> </w:t>
      </w:r>
      <w:proofErr w:type="spellStart"/>
      <w:r w:rsidRPr="002748A8">
        <w:t>bilan</w:t>
      </w:r>
      <w:proofErr w:type="spellEnd"/>
      <w:r w:rsidRPr="002748A8">
        <w:t xml:space="preserve"> </w:t>
      </w:r>
      <w:proofErr w:type="spellStart"/>
      <w:r w:rsidRPr="002748A8">
        <w:t>ziddiyatga</w:t>
      </w:r>
      <w:proofErr w:type="spellEnd"/>
      <w:r w:rsidRPr="002748A8">
        <w:t xml:space="preserve"> </w:t>
      </w:r>
      <w:proofErr w:type="spellStart"/>
      <w:r w:rsidRPr="002748A8">
        <w:t>kirishi</w:t>
      </w:r>
      <w:proofErr w:type="spellEnd"/>
      <w:r w:rsidRPr="002748A8">
        <w:t xml:space="preserve"> </w:t>
      </w:r>
      <w:proofErr w:type="spellStart"/>
      <w:r w:rsidRPr="002748A8">
        <w:t>mumkin.</w:t>
      </w:r>
      <w:proofErr w:type="spellEnd"/>
    </w:p>
    <w:p w14:paraId="2C83444D" w14:textId="271BEF79" w:rsidR="002748A8" w:rsidRPr="002748A8" w:rsidRDefault="002748A8" w:rsidP="002748A8">
      <w:pPr>
        <w:spacing w:after="0" w:line="360" w:lineRule="auto"/>
        <w:ind w:firstLine="720"/>
        <w:jc w:val="both"/>
        <w:rPr>
          <w:b/>
          <w:bCs/>
        </w:rPr>
      </w:pPr>
      <w:proofErr w:type="spellStart"/>
      <w:r w:rsidRPr="002748A8">
        <w:rPr>
          <w:b/>
          <w:bCs/>
        </w:rPr>
        <w:t>Ilmiy</w:t>
      </w:r>
      <w:proofErr w:type="spellEnd"/>
      <w:r w:rsidRPr="002748A8">
        <w:rPr>
          <w:b/>
          <w:bCs/>
        </w:rPr>
        <w:t xml:space="preserve"> </w:t>
      </w:r>
      <w:proofErr w:type="spellStart"/>
      <w:r w:rsidRPr="002748A8">
        <w:rPr>
          <w:b/>
          <w:bCs/>
        </w:rPr>
        <w:t>yondashuv</w:t>
      </w:r>
      <w:proofErr w:type="spellEnd"/>
      <w:r w:rsidRPr="002748A8">
        <w:rPr>
          <w:b/>
          <w:bCs/>
        </w:rPr>
        <w:t xml:space="preserve"> </w:t>
      </w:r>
    </w:p>
    <w:p w14:paraId="3F56518E" w14:textId="77777777" w:rsidR="002748A8" w:rsidRDefault="002748A8" w:rsidP="002748A8">
      <w:pPr>
        <w:spacing w:after="0" w:line="360" w:lineRule="auto"/>
        <w:ind w:firstLine="720"/>
        <w:jc w:val="both"/>
      </w:pPr>
      <w:proofErr w:type="spellStart"/>
      <w:r w:rsidRPr="002748A8">
        <w:t>Beshinchi</w:t>
      </w:r>
      <w:proofErr w:type="spellEnd"/>
      <w:r w:rsidRPr="002748A8">
        <w:t xml:space="preserve"> </w:t>
      </w:r>
      <w:proofErr w:type="spellStart"/>
      <w:r w:rsidRPr="002748A8">
        <w:t>tayanch</w:t>
      </w:r>
      <w:proofErr w:type="spellEnd"/>
      <w:r w:rsidRPr="002748A8">
        <w:t xml:space="preserve"> </w:t>
      </w:r>
      <w:proofErr w:type="spellStart"/>
      <w:r w:rsidRPr="002748A8">
        <w:t>protsessual</w:t>
      </w:r>
      <w:proofErr w:type="spellEnd"/>
      <w:r w:rsidRPr="002748A8">
        <w:t xml:space="preserve"> </w:t>
      </w:r>
      <w:proofErr w:type="spellStart"/>
      <w:r w:rsidRPr="002748A8">
        <w:t>kafolatlarni</w:t>
      </w:r>
      <w:proofErr w:type="spellEnd"/>
      <w:r w:rsidRPr="002748A8">
        <w:t xml:space="preserve"> SI </w:t>
      </w:r>
      <w:proofErr w:type="spellStart"/>
      <w:r w:rsidRPr="002748A8">
        <w:t>muhitiga</w:t>
      </w:r>
      <w:proofErr w:type="spellEnd"/>
      <w:r w:rsidRPr="002748A8">
        <w:t xml:space="preserve"> </w:t>
      </w:r>
      <w:proofErr w:type="spellStart"/>
      <w:r w:rsidRPr="002748A8">
        <w:t>moslashtirishdir</w:t>
      </w:r>
      <w:proofErr w:type="spellEnd"/>
      <w:r w:rsidRPr="002748A8">
        <w:t xml:space="preserve">. </w:t>
      </w:r>
      <w:proofErr w:type="spellStart"/>
      <w:r w:rsidRPr="002748A8">
        <w:t>Sudda</w:t>
      </w:r>
      <w:proofErr w:type="spellEnd"/>
      <w:r w:rsidRPr="002748A8">
        <w:t xml:space="preserve"> </w:t>
      </w:r>
      <w:proofErr w:type="spellStart"/>
      <w:r w:rsidRPr="002748A8">
        <w:t>tortishuvlilik</w:t>
      </w:r>
      <w:proofErr w:type="spellEnd"/>
      <w:r w:rsidRPr="002748A8">
        <w:t xml:space="preserve">, </w:t>
      </w:r>
      <w:proofErr w:type="spellStart"/>
      <w:r w:rsidRPr="002748A8">
        <w:t>tenglik</w:t>
      </w:r>
      <w:proofErr w:type="spellEnd"/>
      <w:r w:rsidRPr="002748A8">
        <w:t xml:space="preserve">, </w:t>
      </w:r>
      <w:proofErr w:type="spellStart"/>
      <w:r w:rsidRPr="002748A8">
        <w:t>bevositalik</w:t>
      </w:r>
      <w:proofErr w:type="spellEnd"/>
      <w:r w:rsidRPr="002748A8">
        <w:t xml:space="preserve"> </w:t>
      </w:r>
      <w:proofErr w:type="spellStart"/>
      <w:r w:rsidRPr="002748A8">
        <w:t>va</w:t>
      </w:r>
      <w:proofErr w:type="spellEnd"/>
      <w:r w:rsidRPr="002748A8">
        <w:t xml:space="preserve"> </w:t>
      </w:r>
      <w:proofErr w:type="spellStart"/>
      <w:proofErr w:type="gramStart"/>
      <w:r w:rsidRPr="002748A8">
        <w:t>og‘</w:t>
      </w:r>
      <w:proofErr w:type="gramEnd"/>
      <w:r w:rsidRPr="002748A8">
        <w:t>zaki</w:t>
      </w:r>
      <w:proofErr w:type="spellEnd"/>
      <w:r w:rsidRPr="002748A8">
        <w:t xml:space="preserve"> </w:t>
      </w:r>
      <w:proofErr w:type="spellStart"/>
      <w:r w:rsidRPr="002748A8">
        <w:t>muhokama</w:t>
      </w:r>
      <w:proofErr w:type="spellEnd"/>
      <w:r w:rsidRPr="002748A8">
        <w:t xml:space="preserve"> </w:t>
      </w:r>
      <w:proofErr w:type="spellStart"/>
      <w:r w:rsidRPr="002748A8">
        <w:t>kabi</w:t>
      </w:r>
      <w:proofErr w:type="spellEnd"/>
      <w:r w:rsidRPr="002748A8">
        <w:t xml:space="preserve"> </w:t>
      </w:r>
      <w:proofErr w:type="spellStart"/>
      <w:r w:rsidRPr="002748A8">
        <w:t>prinsiplar</w:t>
      </w:r>
      <w:proofErr w:type="spellEnd"/>
      <w:r w:rsidRPr="002748A8">
        <w:t xml:space="preserve"> SI </w:t>
      </w:r>
      <w:proofErr w:type="spellStart"/>
      <w:proofErr w:type="gramStart"/>
      <w:r w:rsidRPr="002748A8">
        <w:t>qo‘</w:t>
      </w:r>
      <w:proofErr w:type="gramEnd"/>
      <w:r w:rsidRPr="002748A8">
        <w:t>llanganda</w:t>
      </w:r>
      <w:proofErr w:type="spellEnd"/>
      <w:r w:rsidRPr="002748A8">
        <w:t xml:space="preserve"> ham </w:t>
      </w:r>
      <w:proofErr w:type="spellStart"/>
      <w:r w:rsidRPr="002748A8">
        <w:t>mazmunan</w:t>
      </w:r>
      <w:proofErr w:type="spellEnd"/>
      <w:r w:rsidRPr="002748A8">
        <w:t xml:space="preserve"> </w:t>
      </w:r>
      <w:proofErr w:type="spellStart"/>
      <w:r w:rsidRPr="002748A8">
        <w:t>saqlanishi</w:t>
      </w:r>
      <w:proofErr w:type="spellEnd"/>
      <w:r w:rsidRPr="002748A8">
        <w:t xml:space="preserve"> </w:t>
      </w:r>
      <w:proofErr w:type="spellStart"/>
      <w:r w:rsidRPr="002748A8">
        <w:t>shart</w:t>
      </w:r>
      <w:proofErr w:type="spellEnd"/>
      <w:r w:rsidRPr="002748A8">
        <w:t xml:space="preserve">. SI </w:t>
      </w:r>
      <w:proofErr w:type="spellStart"/>
      <w:r w:rsidRPr="002748A8">
        <w:t>dalilni</w:t>
      </w:r>
      <w:proofErr w:type="spellEnd"/>
      <w:r w:rsidRPr="002748A8">
        <w:t xml:space="preserve"> </w:t>
      </w:r>
      <w:proofErr w:type="spellStart"/>
      <w:r w:rsidRPr="002748A8">
        <w:t>qayta</w:t>
      </w:r>
      <w:proofErr w:type="spellEnd"/>
      <w:r w:rsidRPr="002748A8">
        <w:t xml:space="preserve"> </w:t>
      </w:r>
      <w:proofErr w:type="spellStart"/>
      <w:r w:rsidRPr="002748A8">
        <w:t>ishlashda</w:t>
      </w:r>
      <w:proofErr w:type="spellEnd"/>
      <w:r w:rsidRPr="002748A8">
        <w:t xml:space="preserve">, </w:t>
      </w:r>
      <w:proofErr w:type="spellStart"/>
      <w:r w:rsidRPr="002748A8">
        <w:t>masalan</w:t>
      </w:r>
      <w:proofErr w:type="spellEnd"/>
      <w:r w:rsidRPr="002748A8">
        <w:t xml:space="preserve">, </w:t>
      </w:r>
      <w:proofErr w:type="spellStart"/>
      <w:r w:rsidRPr="002748A8">
        <w:t>katta</w:t>
      </w:r>
      <w:proofErr w:type="spellEnd"/>
      <w:r w:rsidRPr="002748A8">
        <w:t xml:space="preserve"> </w:t>
      </w:r>
      <w:proofErr w:type="spellStart"/>
      <w:r w:rsidRPr="002748A8">
        <w:t>hajmdagi</w:t>
      </w:r>
      <w:proofErr w:type="spellEnd"/>
      <w:r w:rsidRPr="002748A8">
        <w:t xml:space="preserve"> </w:t>
      </w:r>
      <w:proofErr w:type="spellStart"/>
      <w:r w:rsidRPr="002748A8">
        <w:t>hujjatlar</w:t>
      </w:r>
      <w:proofErr w:type="spellEnd"/>
      <w:r w:rsidRPr="002748A8">
        <w:t xml:space="preserve"> </w:t>
      </w:r>
      <w:proofErr w:type="spellStart"/>
      <w:r w:rsidRPr="002748A8">
        <w:t>ichidan</w:t>
      </w:r>
      <w:proofErr w:type="spellEnd"/>
      <w:r w:rsidRPr="002748A8">
        <w:t xml:space="preserve"> </w:t>
      </w:r>
      <w:proofErr w:type="spellStart"/>
      <w:r w:rsidRPr="002748A8">
        <w:t>relevanti</w:t>
      </w:r>
      <w:proofErr w:type="spellEnd"/>
      <w:r w:rsidRPr="002748A8">
        <w:t xml:space="preserve"> </w:t>
      </w:r>
      <w:proofErr w:type="spellStart"/>
      <w:r w:rsidRPr="002748A8">
        <w:t>ajratishda</w:t>
      </w:r>
      <w:proofErr w:type="spellEnd"/>
      <w:r w:rsidRPr="002748A8">
        <w:t xml:space="preserve"> </w:t>
      </w:r>
      <w:proofErr w:type="spellStart"/>
      <w:r w:rsidRPr="002748A8">
        <w:t>yordam</w:t>
      </w:r>
      <w:proofErr w:type="spellEnd"/>
      <w:r w:rsidRPr="002748A8">
        <w:t xml:space="preserve"> </w:t>
      </w:r>
      <w:proofErr w:type="spellStart"/>
      <w:r w:rsidRPr="002748A8">
        <w:t>bersa</w:t>
      </w:r>
      <w:proofErr w:type="spellEnd"/>
      <w:r w:rsidRPr="002748A8">
        <w:t xml:space="preserve">, </w:t>
      </w:r>
      <w:proofErr w:type="spellStart"/>
      <w:r w:rsidRPr="002748A8">
        <w:t>taraflar</w:t>
      </w:r>
      <w:proofErr w:type="spellEnd"/>
      <w:r w:rsidRPr="002748A8">
        <w:t xml:space="preserve"> </w:t>
      </w:r>
      <w:proofErr w:type="spellStart"/>
      <w:r w:rsidRPr="002748A8">
        <w:t>ushbu</w:t>
      </w:r>
      <w:proofErr w:type="spellEnd"/>
      <w:r w:rsidRPr="002748A8">
        <w:t xml:space="preserve"> </w:t>
      </w:r>
      <w:proofErr w:type="spellStart"/>
      <w:r w:rsidRPr="002748A8">
        <w:t>filtrlash</w:t>
      </w:r>
      <w:proofErr w:type="spellEnd"/>
      <w:r w:rsidRPr="002748A8">
        <w:t xml:space="preserve"> </w:t>
      </w:r>
      <w:proofErr w:type="spellStart"/>
      <w:r w:rsidRPr="002748A8">
        <w:t>mezonlari</w:t>
      </w:r>
      <w:proofErr w:type="spellEnd"/>
      <w:r w:rsidRPr="002748A8">
        <w:t xml:space="preserve"> </w:t>
      </w:r>
      <w:proofErr w:type="spellStart"/>
      <w:r w:rsidRPr="002748A8">
        <w:t>va</w:t>
      </w:r>
      <w:proofErr w:type="spellEnd"/>
      <w:r w:rsidRPr="002748A8">
        <w:t xml:space="preserve"> </w:t>
      </w:r>
      <w:proofErr w:type="spellStart"/>
      <w:r w:rsidRPr="002748A8">
        <w:t>xatoliklar</w:t>
      </w:r>
      <w:proofErr w:type="spellEnd"/>
      <w:r w:rsidRPr="002748A8">
        <w:t xml:space="preserve"> </w:t>
      </w:r>
      <w:proofErr w:type="spellStart"/>
      <w:r w:rsidRPr="002748A8">
        <w:t>ehtimoli</w:t>
      </w:r>
      <w:proofErr w:type="spellEnd"/>
      <w:r w:rsidRPr="002748A8">
        <w:t xml:space="preserve"> </w:t>
      </w:r>
      <w:proofErr w:type="spellStart"/>
      <w:r w:rsidRPr="002748A8">
        <w:t>bilan</w:t>
      </w:r>
      <w:proofErr w:type="spellEnd"/>
      <w:r w:rsidRPr="002748A8">
        <w:t xml:space="preserve"> </w:t>
      </w:r>
      <w:proofErr w:type="spellStart"/>
      <w:r w:rsidRPr="002748A8">
        <w:t>tanishishi</w:t>
      </w:r>
      <w:proofErr w:type="spellEnd"/>
      <w:r w:rsidRPr="002748A8">
        <w:t xml:space="preserve">, </w:t>
      </w:r>
      <w:proofErr w:type="spellStart"/>
      <w:r w:rsidRPr="002748A8">
        <w:t>zarur</w:t>
      </w:r>
      <w:proofErr w:type="spellEnd"/>
      <w:r w:rsidRPr="002748A8">
        <w:t xml:space="preserve"> </w:t>
      </w:r>
      <w:proofErr w:type="spellStart"/>
      <w:proofErr w:type="gramStart"/>
      <w:r w:rsidRPr="002748A8">
        <w:t>bo‘</w:t>
      </w:r>
      <w:proofErr w:type="gramEnd"/>
      <w:r w:rsidRPr="002748A8">
        <w:t>lsa</w:t>
      </w:r>
      <w:proofErr w:type="spellEnd"/>
      <w:r w:rsidRPr="002748A8">
        <w:t xml:space="preserve">, </w:t>
      </w:r>
      <w:proofErr w:type="spellStart"/>
      <w:r w:rsidRPr="002748A8">
        <w:t>muqobil</w:t>
      </w:r>
      <w:proofErr w:type="spellEnd"/>
      <w:r w:rsidRPr="002748A8">
        <w:t xml:space="preserve"> </w:t>
      </w:r>
      <w:proofErr w:type="spellStart"/>
      <w:r w:rsidRPr="002748A8">
        <w:t>qidiruv</w:t>
      </w:r>
      <w:proofErr w:type="spellEnd"/>
      <w:r w:rsidRPr="002748A8">
        <w:t xml:space="preserve"> </w:t>
      </w:r>
      <w:proofErr w:type="spellStart"/>
      <w:r w:rsidRPr="002748A8">
        <w:t>yoki</w:t>
      </w:r>
      <w:proofErr w:type="spellEnd"/>
      <w:r w:rsidRPr="002748A8">
        <w:t xml:space="preserve"> </w:t>
      </w:r>
      <w:proofErr w:type="spellStart"/>
      <w:r w:rsidRPr="002748A8">
        <w:t>qayta</w:t>
      </w:r>
      <w:proofErr w:type="spellEnd"/>
      <w:r w:rsidRPr="002748A8">
        <w:t xml:space="preserve"> </w:t>
      </w:r>
      <w:proofErr w:type="spellStart"/>
      <w:proofErr w:type="gramStart"/>
      <w:r w:rsidRPr="002748A8">
        <w:t>ko‘</w:t>
      </w:r>
      <w:proofErr w:type="gramEnd"/>
      <w:r w:rsidRPr="002748A8">
        <w:t>rib</w:t>
      </w:r>
      <w:proofErr w:type="spellEnd"/>
      <w:r w:rsidRPr="002748A8">
        <w:t xml:space="preserve"> </w:t>
      </w:r>
      <w:proofErr w:type="spellStart"/>
      <w:r w:rsidRPr="002748A8">
        <w:t>chiqishni</w:t>
      </w:r>
      <w:proofErr w:type="spellEnd"/>
      <w:r w:rsidRPr="002748A8">
        <w:t xml:space="preserve"> talab </w:t>
      </w:r>
      <w:proofErr w:type="spellStart"/>
      <w:r w:rsidRPr="002748A8">
        <w:t>qilish</w:t>
      </w:r>
      <w:proofErr w:type="spellEnd"/>
      <w:r w:rsidRPr="002748A8">
        <w:t xml:space="preserve"> </w:t>
      </w:r>
      <w:proofErr w:type="spellStart"/>
      <w:r w:rsidRPr="002748A8">
        <w:t>imkoniga</w:t>
      </w:r>
      <w:proofErr w:type="spellEnd"/>
      <w:r w:rsidRPr="002748A8">
        <w:t xml:space="preserve"> </w:t>
      </w:r>
      <w:proofErr w:type="spellStart"/>
      <w:r w:rsidRPr="002748A8">
        <w:t>ega</w:t>
      </w:r>
      <w:proofErr w:type="spellEnd"/>
      <w:r w:rsidRPr="002748A8">
        <w:t xml:space="preserve"> </w:t>
      </w:r>
      <w:proofErr w:type="spellStart"/>
      <w:proofErr w:type="gramStart"/>
      <w:r w:rsidRPr="002748A8">
        <w:t>bo‘</w:t>
      </w:r>
      <w:proofErr w:type="gramEnd"/>
      <w:r w:rsidRPr="002748A8">
        <w:t>lishi</w:t>
      </w:r>
      <w:proofErr w:type="spellEnd"/>
      <w:r w:rsidRPr="002748A8">
        <w:t xml:space="preserve"> </w:t>
      </w:r>
      <w:proofErr w:type="spellStart"/>
      <w:r w:rsidRPr="002748A8">
        <w:t>kerak</w:t>
      </w:r>
      <w:proofErr w:type="spellEnd"/>
      <w:r w:rsidRPr="002748A8">
        <w:t xml:space="preserve">. Shu </w:t>
      </w:r>
      <w:proofErr w:type="spellStart"/>
      <w:r w:rsidRPr="002748A8">
        <w:t>ma’noda</w:t>
      </w:r>
      <w:proofErr w:type="spellEnd"/>
      <w:r w:rsidRPr="002748A8">
        <w:t xml:space="preserve"> “</w:t>
      </w:r>
      <w:proofErr w:type="spellStart"/>
      <w:r w:rsidRPr="002748A8">
        <w:t>algoritmik</w:t>
      </w:r>
      <w:proofErr w:type="spellEnd"/>
      <w:r w:rsidRPr="002748A8">
        <w:t xml:space="preserve"> </w:t>
      </w:r>
      <w:proofErr w:type="spellStart"/>
      <w:r w:rsidRPr="002748A8">
        <w:t>e’tiroz</w:t>
      </w:r>
      <w:proofErr w:type="spellEnd"/>
      <w:r w:rsidRPr="002748A8">
        <w:t xml:space="preserve">” </w:t>
      </w:r>
      <w:proofErr w:type="spellStart"/>
      <w:r w:rsidRPr="002748A8">
        <w:t>instituti</w:t>
      </w:r>
      <w:proofErr w:type="spellEnd"/>
      <w:r w:rsidRPr="002748A8">
        <w:t xml:space="preserve"> </w:t>
      </w:r>
      <w:proofErr w:type="spellStart"/>
      <w:r w:rsidRPr="002748A8">
        <w:t>konseptual</w:t>
      </w:r>
      <w:proofErr w:type="spellEnd"/>
      <w:r w:rsidRPr="002748A8">
        <w:t xml:space="preserve"> </w:t>
      </w:r>
      <w:proofErr w:type="spellStart"/>
      <w:r w:rsidRPr="002748A8">
        <w:t>jihatdan</w:t>
      </w:r>
      <w:proofErr w:type="spellEnd"/>
      <w:r w:rsidRPr="002748A8">
        <w:t xml:space="preserve"> </w:t>
      </w:r>
      <w:proofErr w:type="spellStart"/>
      <w:r w:rsidRPr="002748A8">
        <w:t>dolzarb</w:t>
      </w:r>
      <w:proofErr w:type="spellEnd"/>
      <w:r w:rsidRPr="002748A8">
        <w:t xml:space="preserve">: </w:t>
      </w:r>
      <w:proofErr w:type="spellStart"/>
      <w:r w:rsidRPr="002748A8">
        <w:t>taraf</w:t>
      </w:r>
      <w:proofErr w:type="spellEnd"/>
      <w:r w:rsidRPr="002748A8">
        <w:t xml:space="preserve"> SI </w:t>
      </w:r>
      <w:proofErr w:type="spellStart"/>
      <w:r w:rsidRPr="002748A8">
        <w:t>natijasi</w:t>
      </w:r>
      <w:proofErr w:type="spellEnd"/>
      <w:r w:rsidRPr="002748A8">
        <w:t xml:space="preserve"> </w:t>
      </w:r>
      <w:proofErr w:type="spellStart"/>
      <w:r w:rsidRPr="002748A8">
        <w:t>protsessga</w:t>
      </w:r>
      <w:proofErr w:type="spellEnd"/>
      <w:r w:rsidRPr="002748A8">
        <w:t xml:space="preserve"> </w:t>
      </w:r>
      <w:proofErr w:type="spellStart"/>
      <w:r w:rsidRPr="002748A8">
        <w:t>ta’sir</w:t>
      </w:r>
      <w:proofErr w:type="spellEnd"/>
      <w:r w:rsidRPr="002748A8">
        <w:t xml:space="preserve"> </w:t>
      </w:r>
      <w:proofErr w:type="spellStart"/>
      <w:r w:rsidRPr="002748A8">
        <w:t>qilganini</w:t>
      </w:r>
      <w:proofErr w:type="spellEnd"/>
      <w:r w:rsidRPr="002748A8">
        <w:t xml:space="preserve"> </w:t>
      </w:r>
      <w:proofErr w:type="spellStart"/>
      <w:r w:rsidRPr="002748A8">
        <w:t>asoslab</w:t>
      </w:r>
      <w:proofErr w:type="spellEnd"/>
      <w:r w:rsidRPr="002748A8">
        <w:t xml:space="preserve">, audit </w:t>
      </w:r>
      <w:proofErr w:type="spellStart"/>
      <w:r w:rsidRPr="002748A8">
        <w:t>izlari</w:t>
      </w:r>
      <w:proofErr w:type="spellEnd"/>
      <w:r w:rsidRPr="002748A8">
        <w:t xml:space="preserve"> </w:t>
      </w:r>
      <w:proofErr w:type="spellStart"/>
      <w:r w:rsidRPr="002748A8">
        <w:t>va</w:t>
      </w:r>
      <w:proofErr w:type="spellEnd"/>
      <w:r w:rsidRPr="002748A8">
        <w:t xml:space="preserve"> </w:t>
      </w:r>
      <w:proofErr w:type="spellStart"/>
      <w:r w:rsidRPr="002748A8">
        <w:t>parametrlar</w:t>
      </w:r>
      <w:proofErr w:type="spellEnd"/>
      <w:r w:rsidRPr="002748A8">
        <w:t xml:space="preserve"> </w:t>
      </w:r>
      <w:proofErr w:type="spellStart"/>
      <w:proofErr w:type="gramStart"/>
      <w:r w:rsidRPr="002748A8">
        <w:t>bo‘</w:t>
      </w:r>
      <w:proofErr w:type="gramEnd"/>
      <w:r w:rsidRPr="002748A8">
        <w:t>yicha</w:t>
      </w:r>
      <w:proofErr w:type="spellEnd"/>
      <w:r w:rsidRPr="002748A8">
        <w:t xml:space="preserve"> </w:t>
      </w:r>
      <w:proofErr w:type="spellStart"/>
      <w:r w:rsidRPr="002748A8">
        <w:t>tekshiruvni</w:t>
      </w:r>
      <w:proofErr w:type="spellEnd"/>
      <w:r w:rsidRPr="002748A8">
        <w:t xml:space="preserve"> </w:t>
      </w:r>
      <w:proofErr w:type="spellStart"/>
      <w:proofErr w:type="gramStart"/>
      <w:r w:rsidRPr="002748A8">
        <w:t>so‘</w:t>
      </w:r>
      <w:proofErr w:type="gramEnd"/>
      <w:r w:rsidRPr="002748A8">
        <w:t>rashi</w:t>
      </w:r>
      <w:proofErr w:type="spellEnd"/>
      <w:r w:rsidRPr="002748A8">
        <w:t xml:space="preserve"> </w:t>
      </w:r>
      <w:proofErr w:type="spellStart"/>
      <w:r w:rsidRPr="002748A8">
        <w:t>mumkin</w:t>
      </w:r>
      <w:proofErr w:type="spellEnd"/>
      <w:r w:rsidRPr="002748A8">
        <w:t xml:space="preserve">. </w:t>
      </w:r>
      <w:proofErr w:type="spellStart"/>
      <w:r w:rsidRPr="002748A8">
        <w:t>Biroq</w:t>
      </w:r>
      <w:proofErr w:type="spellEnd"/>
      <w:r w:rsidRPr="002748A8">
        <w:t xml:space="preserve"> </w:t>
      </w:r>
      <w:proofErr w:type="spellStart"/>
      <w:r w:rsidRPr="002748A8">
        <w:t>bunday</w:t>
      </w:r>
      <w:proofErr w:type="spellEnd"/>
      <w:r w:rsidRPr="002748A8">
        <w:t xml:space="preserve"> </w:t>
      </w:r>
      <w:proofErr w:type="spellStart"/>
      <w:r w:rsidRPr="002748A8">
        <w:t>institut</w:t>
      </w:r>
      <w:proofErr w:type="spellEnd"/>
      <w:r w:rsidRPr="002748A8">
        <w:t xml:space="preserve"> </w:t>
      </w:r>
      <w:proofErr w:type="spellStart"/>
      <w:r w:rsidRPr="002748A8">
        <w:t>sud</w:t>
      </w:r>
      <w:proofErr w:type="spellEnd"/>
      <w:r w:rsidRPr="002748A8">
        <w:t xml:space="preserve"> </w:t>
      </w:r>
      <w:proofErr w:type="spellStart"/>
      <w:r w:rsidRPr="002748A8">
        <w:t>ishini</w:t>
      </w:r>
      <w:proofErr w:type="spellEnd"/>
      <w:r w:rsidRPr="002748A8">
        <w:t xml:space="preserve"> </w:t>
      </w:r>
      <w:proofErr w:type="spellStart"/>
      <w:proofErr w:type="gramStart"/>
      <w:r w:rsidRPr="002748A8">
        <w:t>cho‘</w:t>
      </w:r>
      <w:proofErr w:type="gramEnd"/>
      <w:r w:rsidRPr="002748A8">
        <w:t>zmasligi</w:t>
      </w:r>
      <w:proofErr w:type="spellEnd"/>
      <w:r w:rsidRPr="002748A8">
        <w:t xml:space="preserve"> </w:t>
      </w:r>
      <w:proofErr w:type="spellStart"/>
      <w:r w:rsidRPr="002748A8">
        <w:t>uchun</w:t>
      </w:r>
      <w:proofErr w:type="spellEnd"/>
      <w:r w:rsidRPr="002748A8">
        <w:t xml:space="preserve"> u </w:t>
      </w:r>
      <w:proofErr w:type="spellStart"/>
      <w:r w:rsidRPr="002748A8">
        <w:t>riskka</w:t>
      </w:r>
      <w:proofErr w:type="spellEnd"/>
      <w:r w:rsidRPr="002748A8">
        <w:t xml:space="preserve"> </w:t>
      </w:r>
      <w:proofErr w:type="spellStart"/>
      <w:r w:rsidRPr="002748A8">
        <w:t>asoslangan</w:t>
      </w:r>
      <w:proofErr w:type="spellEnd"/>
      <w:r w:rsidRPr="002748A8">
        <w:t xml:space="preserve"> </w:t>
      </w:r>
      <w:proofErr w:type="spellStart"/>
      <w:r w:rsidRPr="002748A8">
        <w:t>mezonlar</w:t>
      </w:r>
      <w:proofErr w:type="spellEnd"/>
      <w:r w:rsidRPr="002748A8">
        <w:t xml:space="preserve"> </w:t>
      </w:r>
      <w:proofErr w:type="spellStart"/>
      <w:r w:rsidRPr="002748A8">
        <w:t>bilan</w:t>
      </w:r>
      <w:proofErr w:type="spellEnd"/>
      <w:r w:rsidRPr="002748A8">
        <w:t xml:space="preserve"> </w:t>
      </w:r>
      <w:proofErr w:type="spellStart"/>
      <w:r w:rsidRPr="002748A8">
        <w:t>chegaralanadi</w:t>
      </w:r>
      <w:proofErr w:type="spellEnd"/>
      <w:r w:rsidRPr="002748A8">
        <w:t xml:space="preserve">: </w:t>
      </w:r>
      <w:proofErr w:type="spellStart"/>
      <w:r w:rsidRPr="002748A8">
        <w:t>faqat</w:t>
      </w:r>
      <w:proofErr w:type="spellEnd"/>
      <w:r w:rsidRPr="002748A8">
        <w:t xml:space="preserve"> </w:t>
      </w:r>
      <w:proofErr w:type="spellStart"/>
      <w:r w:rsidRPr="002748A8">
        <w:t>yuqori</w:t>
      </w:r>
      <w:proofErr w:type="spellEnd"/>
      <w:r w:rsidRPr="002748A8">
        <w:t xml:space="preserve"> </w:t>
      </w:r>
      <w:proofErr w:type="spellStart"/>
      <w:r w:rsidRPr="002748A8">
        <w:t>ta’sirli</w:t>
      </w:r>
      <w:proofErr w:type="spellEnd"/>
      <w:r w:rsidRPr="002748A8">
        <w:t xml:space="preserve"> </w:t>
      </w:r>
      <w:proofErr w:type="spellStart"/>
      <w:r w:rsidRPr="002748A8">
        <w:t>bosqichlar</w:t>
      </w:r>
      <w:proofErr w:type="spellEnd"/>
      <w:r w:rsidRPr="002748A8">
        <w:t xml:space="preserve"> </w:t>
      </w:r>
      <w:proofErr w:type="spellStart"/>
      <w:r w:rsidRPr="002748A8">
        <w:t>va</w:t>
      </w:r>
      <w:proofErr w:type="spellEnd"/>
      <w:r w:rsidRPr="002748A8">
        <w:t xml:space="preserve"> </w:t>
      </w:r>
      <w:proofErr w:type="spellStart"/>
      <w:r w:rsidRPr="002748A8">
        <w:t>natijalar</w:t>
      </w:r>
      <w:proofErr w:type="spellEnd"/>
      <w:r w:rsidRPr="002748A8">
        <w:t xml:space="preserve"> </w:t>
      </w:r>
      <w:proofErr w:type="spellStart"/>
      <w:proofErr w:type="gramStart"/>
      <w:r w:rsidRPr="002748A8">
        <w:t>bo‘</w:t>
      </w:r>
      <w:proofErr w:type="gramEnd"/>
      <w:r w:rsidRPr="002748A8">
        <w:t>yicha</w:t>
      </w:r>
      <w:proofErr w:type="spellEnd"/>
      <w:r w:rsidRPr="002748A8">
        <w:t xml:space="preserve">, </w:t>
      </w:r>
      <w:proofErr w:type="spellStart"/>
      <w:r w:rsidRPr="002748A8">
        <w:t>aniq</w:t>
      </w:r>
      <w:proofErr w:type="spellEnd"/>
      <w:r w:rsidRPr="002748A8">
        <w:t xml:space="preserve"> </w:t>
      </w:r>
      <w:proofErr w:type="spellStart"/>
      <w:proofErr w:type="gramStart"/>
      <w:r w:rsidRPr="002748A8">
        <w:t>ko‘</w:t>
      </w:r>
      <w:proofErr w:type="gramEnd"/>
      <w:r w:rsidRPr="002748A8">
        <w:t>rsatkichlar</w:t>
      </w:r>
      <w:proofErr w:type="spellEnd"/>
      <w:r w:rsidRPr="002748A8">
        <w:t xml:space="preserve"> </w:t>
      </w:r>
      <w:proofErr w:type="spellStart"/>
      <w:r w:rsidRPr="002748A8">
        <w:t>mavjud</w:t>
      </w:r>
      <w:proofErr w:type="spellEnd"/>
      <w:r w:rsidRPr="002748A8">
        <w:t xml:space="preserve"> </w:t>
      </w:r>
      <w:proofErr w:type="spellStart"/>
      <w:proofErr w:type="gramStart"/>
      <w:r w:rsidRPr="002748A8">
        <w:t>bo‘</w:t>
      </w:r>
      <w:proofErr w:type="gramEnd"/>
      <w:r w:rsidRPr="002748A8">
        <w:t>lganda</w:t>
      </w:r>
      <w:proofErr w:type="spellEnd"/>
      <w:r w:rsidRPr="002748A8">
        <w:t xml:space="preserve">. Bu </w:t>
      </w:r>
      <w:proofErr w:type="spellStart"/>
      <w:r w:rsidRPr="002748A8">
        <w:t>yondashuv</w:t>
      </w:r>
      <w:proofErr w:type="spellEnd"/>
      <w:r w:rsidRPr="002748A8">
        <w:t xml:space="preserve"> </w:t>
      </w:r>
      <w:proofErr w:type="spellStart"/>
      <w:r w:rsidRPr="002748A8">
        <w:t>xalqaro</w:t>
      </w:r>
      <w:proofErr w:type="spellEnd"/>
      <w:r w:rsidRPr="002748A8">
        <w:t xml:space="preserve"> </w:t>
      </w:r>
      <w:proofErr w:type="spellStart"/>
      <w:r w:rsidRPr="002748A8">
        <w:t>tendensiyalar</w:t>
      </w:r>
      <w:proofErr w:type="spellEnd"/>
      <w:r w:rsidRPr="002748A8">
        <w:t xml:space="preserve"> </w:t>
      </w:r>
      <w:proofErr w:type="spellStart"/>
      <w:r w:rsidRPr="002748A8">
        <w:t>bilan</w:t>
      </w:r>
      <w:proofErr w:type="spellEnd"/>
      <w:r w:rsidRPr="002748A8">
        <w:t xml:space="preserve"> </w:t>
      </w:r>
      <w:proofErr w:type="spellStart"/>
      <w:r w:rsidRPr="002748A8">
        <w:t>hamohang</w:t>
      </w:r>
      <w:proofErr w:type="spellEnd"/>
      <w:r w:rsidRPr="002748A8">
        <w:t xml:space="preserve"> </w:t>
      </w:r>
      <w:proofErr w:type="spellStart"/>
      <w:proofErr w:type="gramStart"/>
      <w:r w:rsidRPr="002748A8">
        <w:t>bo‘</w:t>
      </w:r>
      <w:proofErr w:type="gramEnd"/>
      <w:r w:rsidRPr="002748A8">
        <w:t>lib</w:t>
      </w:r>
      <w:proofErr w:type="spellEnd"/>
      <w:r w:rsidRPr="002748A8">
        <w:t xml:space="preserve">, </w:t>
      </w:r>
      <w:proofErr w:type="spellStart"/>
      <w:r w:rsidRPr="002748A8">
        <w:t>sud</w:t>
      </w:r>
      <w:proofErr w:type="spellEnd"/>
      <w:r w:rsidRPr="002748A8">
        <w:t xml:space="preserve"> </w:t>
      </w:r>
      <w:proofErr w:type="spellStart"/>
      <w:r w:rsidRPr="002748A8">
        <w:t>tizimida</w:t>
      </w:r>
      <w:proofErr w:type="spellEnd"/>
      <w:r w:rsidRPr="002748A8">
        <w:t xml:space="preserve"> SI </w:t>
      </w:r>
      <w:proofErr w:type="spellStart"/>
      <w:proofErr w:type="gramStart"/>
      <w:r w:rsidRPr="002748A8">
        <w:t>qo‘</w:t>
      </w:r>
      <w:proofErr w:type="gramEnd"/>
      <w:r w:rsidRPr="002748A8">
        <w:t>llashga</w:t>
      </w:r>
      <w:proofErr w:type="spellEnd"/>
      <w:r w:rsidRPr="002748A8">
        <w:t xml:space="preserve"> </w:t>
      </w:r>
      <w:proofErr w:type="spellStart"/>
      <w:r w:rsidRPr="002748A8">
        <w:t>doir</w:t>
      </w:r>
      <w:proofErr w:type="spellEnd"/>
      <w:r w:rsidRPr="002748A8">
        <w:t xml:space="preserve"> </w:t>
      </w:r>
      <w:proofErr w:type="spellStart"/>
      <w:r w:rsidRPr="002748A8">
        <w:t>etik</w:t>
      </w:r>
      <w:proofErr w:type="spellEnd"/>
      <w:r w:rsidRPr="002748A8">
        <w:t xml:space="preserve"> </w:t>
      </w:r>
      <w:proofErr w:type="spellStart"/>
      <w:r w:rsidRPr="002748A8">
        <w:t>va</w:t>
      </w:r>
      <w:proofErr w:type="spellEnd"/>
      <w:r w:rsidRPr="002748A8">
        <w:t xml:space="preserve"> </w:t>
      </w:r>
      <w:proofErr w:type="spellStart"/>
      <w:r w:rsidRPr="002748A8">
        <w:t>huquqiy</w:t>
      </w:r>
      <w:proofErr w:type="spellEnd"/>
      <w:r w:rsidRPr="002748A8">
        <w:t xml:space="preserve"> </w:t>
      </w:r>
      <w:proofErr w:type="spellStart"/>
      <w:r w:rsidRPr="002748A8">
        <w:t>prinsiplarda</w:t>
      </w:r>
      <w:proofErr w:type="spellEnd"/>
      <w:r w:rsidRPr="002748A8">
        <w:t xml:space="preserve"> </w:t>
      </w:r>
      <w:proofErr w:type="spellStart"/>
      <w:r w:rsidRPr="002748A8">
        <w:t>xavfni</w:t>
      </w:r>
      <w:proofErr w:type="spellEnd"/>
      <w:r w:rsidRPr="002748A8">
        <w:t xml:space="preserve"> </w:t>
      </w:r>
      <w:proofErr w:type="spellStart"/>
      <w:r w:rsidRPr="002748A8">
        <w:t>boshqarish</w:t>
      </w:r>
      <w:proofErr w:type="spellEnd"/>
      <w:r w:rsidRPr="002748A8">
        <w:t xml:space="preserve">, </w:t>
      </w:r>
      <w:proofErr w:type="spellStart"/>
      <w:r w:rsidRPr="002748A8">
        <w:t>shaffoflik</w:t>
      </w:r>
      <w:proofErr w:type="spellEnd"/>
      <w:r w:rsidRPr="002748A8">
        <w:t xml:space="preserve"> </w:t>
      </w:r>
      <w:proofErr w:type="spellStart"/>
      <w:r w:rsidRPr="002748A8">
        <w:t>va</w:t>
      </w:r>
      <w:proofErr w:type="spellEnd"/>
      <w:r w:rsidRPr="002748A8">
        <w:t xml:space="preserve"> </w:t>
      </w:r>
      <w:proofErr w:type="spellStart"/>
      <w:r w:rsidRPr="002748A8">
        <w:t>inson</w:t>
      </w:r>
      <w:proofErr w:type="spellEnd"/>
      <w:r w:rsidRPr="002748A8">
        <w:t xml:space="preserve"> </w:t>
      </w:r>
      <w:proofErr w:type="spellStart"/>
      <w:r w:rsidRPr="002748A8">
        <w:t>nazoratini</w:t>
      </w:r>
      <w:proofErr w:type="spellEnd"/>
      <w:r w:rsidRPr="002748A8">
        <w:t xml:space="preserve"> </w:t>
      </w:r>
      <w:proofErr w:type="spellStart"/>
      <w:r w:rsidRPr="002748A8">
        <w:t>ustuvor</w:t>
      </w:r>
      <w:proofErr w:type="spellEnd"/>
      <w:r w:rsidRPr="002748A8">
        <w:t xml:space="preserve"> </w:t>
      </w:r>
      <w:proofErr w:type="spellStart"/>
      <w:proofErr w:type="gramStart"/>
      <w:r w:rsidRPr="002748A8">
        <w:t>qo‘</w:t>
      </w:r>
      <w:proofErr w:type="gramEnd"/>
      <w:r w:rsidRPr="002748A8">
        <w:t>yadi</w:t>
      </w:r>
      <w:proofErr w:type="spellEnd"/>
      <w:r w:rsidRPr="002748A8">
        <w:t xml:space="preserve"> [1].</w:t>
      </w:r>
    </w:p>
    <w:p w14:paraId="6B4F1984" w14:textId="77777777" w:rsidR="002748A8" w:rsidRDefault="002748A8" w:rsidP="002748A8">
      <w:pPr>
        <w:spacing w:after="0" w:line="360" w:lineRule="auto"/>
        <w:ind w:firstLine="720"/>
        <w:jc w:val="both"/>
      </w:pPr>
      <w:proofErr w:type="spellStart"/>
      <w:r w:rsidRPr="002748A8">
        <w:t>Oltinchi</w:t>
      </w:r>
      <w:proofErr w:type="spellEnd"/>
      <w:r w:rsidRPr="002748A8">
        <w:t xml:space="preserve"> masala </w:t>
      </w:r>
      <w:proofErr w:type="spellStart"/>
      <w:r w:rsidRPr="002748A8">
        <w:t>institutsional</w:t>
      </w:r>
      <w:proofErr w:type="spellEnd"/>
      <w:r w:rsidRPr="002748A8">
        <w:t xml:space="preserve"> </w:t>
      </w:r>
      <w:proofErr w:type="spellStart"/>
      <w:r w:rsidRPr="002748A8">
        <w:t>dizayn</w:t>
      </w:r>
      <w:proofErr w:type="spellEnd"/>
      <w:r w:rsidRPr="002748A8">
        <w:t xml:space="preserve"> </w:t>
      </w:r>
      <w:proofErr w:type="spellStart"/>
      <w:r w:rsidRPr="002748A8">
        <w:t>va</w:t>
      </w:r>
      <w:proofErr w:type="spellEnd"/>
      <w:r w:rsidRPr="002748A8">
        <w:t xml:space="preserve"> </w:t>
      </w:r>
      <w:proofErr w:type="spellStart"/>
      <w:r w:rsidRPr="002748A8">
        <w:t>vakolatlar</w:t>
      </w:r>
      <w:proofErr w:type="spellEnd"/>
      <w:r w:rsidRPr="002748A8">
        <w:t xml:space="preserve"> </w:t>
      </w:r>
      <w:proofErr w:type="spellStart"/>
      <w:r w:rsidRPr="002748A8">
        <w:t>taqsimotiga</w:t>
      </w:r>
      <w:proofErr w:type="spellEnd"/>
      <w:r w:rsidRPr="002748A8">
        <w:t xml:space="preserve"> </w:t>
      </w:r>
      <w:proofErr w:type="spellStart"/>
      <w:r w:rsidRPr="002748A8">
        <w:t>borib</w:t>
      </w:r>
      <w:proofErr w:type="spellEnd"/>
      <w:r w:rsidRPr="002748A8">
        <w:t xml:space="preserve"> </w:t>
      </w:r>
      <w:proofErr w:type="spellStart"/>
      <w:r w:rsidRPr="002748A8">
        <w:t>taqaladi</w:t>
      </w:r>
      <w:proofErr w:type="spellEnd"/>
      <w:r w:rsidRPr="002748A8">
        <w:t xml:space="preserve">. SI </w:t>
      </w:r>
      <w:proofErr w:type="spellStart"/>
      <w:r w:rsidRPr="002748A8">
        <w:t>joriy</w:t>
      </w:r>
      <w:proofErr w:type="spellEnd"/>
      <w:r w:rsidRPr="002748A8">
        <w:t xml:space="preserve"> </w:t>
      </w:r>
      <w:proofErr w:type="spellStart"/>
      <w:r w:rsidRPr="002748A8">
        <w:t>etish</w:t>
      </w:r>
      <w:proofErr w:type="spellEnd"/>
      <w:r w:rsidRPr="002748A8">
        <w:t xml:space="preserve"> </w:t>
      </w:r>
      <w:proofErr w:type="spellStart"/>
      <w:proofErr w:type="gramStart"/>
      <w:r w:rsidRPr="002748A8">
        <w:t>bo‘</w:t>
      </w:r>
      <w:proofErr w:type="gramEnd"/>
      <w:r w:rsidRPr="002748A8">
        <w:t>yicha</w:t>
      </w:r>
      <w:proofErr w:type="spellEnd"/>
      <w:r w:rsidRPr="002748A8">
        <w:t xml:space="preserve"> </w:t>
      </w:r>
      <w:proofErr w:type="spellStart"/>
      <w:r w:rsidRPr="002748A8">
        <w:t>normativ</w:t>
      </w:r>
      <w:proofErr w:type="spellEnd"/>
      <w:r w:rsidRPr="002748A8">
        <w:t xml:space="preserve"> </w:t>
      </w:r>
      <w:proofErr w:type="spellStart"/>
      <w:r w:rsidRPr="002748A8">
        <w:t>hujjatlar</w:t>
      </w:r>
      <w:proofErr w:type="spellEnd"/>
      <w:r w:rsidRPr="002748A8">
        <w:t xml:space="preserve"> </w:t>
      </w:r>
      <w:proofErr w:type="spellStart"/>
      <w:r w:rsidRPr="002748A8">
        <w:t>faqat</w:t>
      </w:r>
      <w:proofErr w:type="spellEnd"/>
      <w:r w:rsidRPr="002748A8">
        <w:t xml:space="preserve"> </w:t>
      </w:r>
      <w:proofErr w:type="spellStart"/>
      <w:r w:rsidRPr="002748A8">
        <w:t>texnik</w:t>
      </w:r>
      <w:proofErr w:type="spellEnd"/>
      <w:r w:rsidRPr="002748A8">
        <w:t xml:space="preserve"> </w:t>
      </w:r>
      <w:proofErr w:type="spellStart"/>
      <w:r w:rsidRPr="002748A8">
        <w:t>reglamentlar</w:t>
      </w:r>
      <w:proofErr w:type="spellEnd"/>
      <w:r w:rsidRPr="002748A8">
        <w:t xml:space="preserve"> </w:t>
      </w:r>
      <w:proofErr w:type="spellStart"/>
      <w:r w:rsidRPr="002748A8">
        <w:t>majmuiga</w:t>
      </w:r>
      <w:proofErr w:type="spellEnd"/>
      <w:r w:rsidRPr="002748A8">
        <w:t xml:space="preserve"> </w:t>
      </w:r>
      <w:proofErr w:type="spellStart"/>
      <w:r w:rsidRPr="002748A8">
        <w:t>aylanib</w:t>
      </w:r>
      <w:proofErr w:type="spellEnd"/>
      <w:r w:rsidRPr="002748A8">
        <w:t xml:space="preserve"> </w:t>
      </w:r>
      <w:proofErr w:type="spellStart"/>
      <w:r w:rsidRPr="002748A8">
        <w:t>qolmasligi</w:t>
      </w:r>
      <w:proofErr w:type="spellEnd"/>
      <w:r w:rsidRPr="002748A8">
        <w:t xml:space="preserve">, </w:t>
      </w:r>
      <w:proofErr w:type="spellStart"/>
      <w:r w:rsidRPr="002748A8">
        <w:t>balki</w:t>
      </w:r>
      <w:proofErr w:type="spellEnd"/>
      <w:r w:rsidRPr="002748A8">
        <w:t xml:space="preserve"> </w:t>
      </w:r>
      <w:proofErr w:type="spellStart"/>
      <w:r w:rsidRPr="002748A8">
        <w:t>sudlar</w:t>
      </w:r>
      <w:proofErr w:type="spellEnd"/>
      <w:r w:rsidRPr="002748A8">
        <w:t xml:space="preserve">, </w:t>
      </w:r>
      <w:proofErr w:type="spellStart"/>
      <w:r w:rsidRPr="002748A8">
        <w:t>sudyalar</w:t>
      </w:r>
      <w:proofErr w:type="spellEnd"/>
      <w:r w:rsidRPr="002748A8">
        <w:t xml:space="preserve"> </w:t>
      </w:r>
      <w:proofErr w:type="spellStart"/>
      <w:r w:rsidRPr="002748A8">
        <w:t>kengashi</w:t>
      </w:r>
      <w:proofErr w:type="spellEnd"/>
      <w:r w:rsidRPr="002748A8">
        <w:t xml:space="preserve">, </w:t>
      </w:r>
      <w:proofErr w:type="spellStart"/>
      <w:r w:rsidRPr="002748A8">
        <w:t>adliya</w:t>
      </w:r>
      <w:proofErr w:type="spellEnd"/>
      <w:r w:rsidRPr="002748A8">
        <w:t xml:space="preserve"> </w:t>
      </w:r>
      <w:proofErr w:type="spellStart"/>
      <w:r w:rsidRPr="002748A8">
        <w:t>organlari</w:t>
      </w:r>
      <w:proofErr w:type="spellEnd"/>
      <w:r w:rsidRPr="002748A8">
        <w:t xml:space="preserve">, </w:t>
      </w:r>
      <w:proofErr w:type="spellStart"/>
      <w:r w:rsidRPr="002748A8">
        <w:t>axborot</w:t>
      </w:r>
      <w:proofErr w:type="spellEnd"/>
      <w:r w:rsidRPr="002748A8">
        <w:t xml:space="preserve"> </w:t>
      </w:r>
      <w:proofErr w:type="spellStart"/>
      <w:r w:rsidRPr="002748A8">
        <w:t>xavfsizligi</w:t>
      </w:r>
      <w:proofErr w:type="spellEnd"/>
      <w:r w:rsidRPr="002748A8">
        <w:t xml:space="preserve"> </w:t>
      </w:r>
      <w:proofErr w:type="spellStart"/>
      <w:r w:rsidRPr="002748A8">
        <w:t>va</w:t>
      </w:r>
      <w:proofErr w:type="spellEnd"/>
      <w:r w:rsidRPr="002748A8">
        <w:t xml:space="preserve"> </w:t>
      </w:r>
      <w:proofErr w:type="spellStart"/>
      <w:r w:rsidRPr="002748A8">
        <w:t>shaxsiy</w:t>
      </w:r>
      <w:proofErr w:type="spellEnd"/>
      <w:r w:rsidRPr="002748A8">
        <w:t xml:space="preserve"> </w:t>
      </w:r>
      <w:proofErr w:type="spellStart"/>
      <w:r w:rsidRPr="002748A8">
        <w:t>ma’lumotlarni</w:t>
      </w:r>
      <w:proofErr w:type="spellEnd"/>
      <w:r w:rsidRPr="002748A8">
        <w:t xml:space="preserve"> </w:t>
      </w:r>
      <w:proofErr w:type="spellStart"/>
      <w:r w:rsidRPr="002748A8">
        <w:t>himoya</w:t>
      </w:r>
      <w:proofErr w:type="spellEnd"/>
      <w:r w:rsidRPr="002748A8">
        <w:t xml:space="preserve"> </w:t>
      </w:r>
      <w:proofErr w:type="spellStart"/>
      <w:r w:rsidRPr="002748A8">
        <w:t>qilish</w:t>
      </w:r>
      <w:proofErr w:type="spellEnd"/>
      <w:r w:rsidRPr="002748A8">
        <w:t xml:space="preserve"> </w:t>
      </w:r>
      <w:proofErr w:type="spellStart"/>
      <w:proofErr w:type="gramStart"/>
      <w:r w:rsidRPr="002748A8">
        <w:t>bo‘</w:t>
      </w:r>
      <w:proofErr w:type="gramEnd"/>
      <w:r w:rsidRPr="002748A8">
        <w:t>yicha</w:t>
      </w:r>
      <w:proofErr w:type="spellEnd"/>
      <w:r w:rsidRPr="002748A8">
        <w:t xml:space="preserve"> </w:t>
      </w:r>
      <w:proofErr w:type="spellStart"/>
      <w:r w:rsidRPr="002748A8">
        <w:t>vakolatli</w:t>
      </w:r>
      <w:proofErr w:type="spellEnd"/>
      <w:r w:rsidRPr="002748A8">
        <w:t xml:space="preserve"> </w:t>
      </w:r>
      <w:proofErr w:type="spellStart"/>
      <w:r w:rsidRPr="002748A8">
        <w:t>tuzilmalar</w:t>
      </w:r>
      <w:proofErr w:type="spellEnd"/>
      <w:r w:rsidRPr="002748A8">
        <w:t xml:space="preserve"> </w:t>
      </w:r>
      <w:proofErr w:type="spellStart"/>
      <w:proofErr w:type="gramStart"/>
      <w:r w:rsidRPr="002748A8">
        <w:t>o‘</w:t>
      </w:r>
      <w:proofErr w:type="gramEnd"/>
      <w:r w:rsidRPr="002748A8">
        <w:t>rtasida</w:t>
      </w:r>
      <w:proofErr w:type="spellEnd"/>
      <w:r w:rsidRPr="002748A8">
        <w:t xml:space="preserve"> </w:t>
      </w:r>
      <w:proofErr w:type="spellStart"/>
      <w:r w:rsidRPr="002748A8">
        <w:t>muvofiqlashtirilgan</w:t>
      </w:r>
      <w:proofErr w:type="spellEnd"/>
      <w:r w:rsidRPr="002748A8">
        <w:t xml:space="preserve"> </w:t>
      </w:r>
      <w:proofErr w:type="spellStart"/>
      <w:r w:rsidRPr="002748A8">
        <w:t>boshqaruvni</w:t>
      </w:r>
      <w:proofErr w:type="spellEnd"/>
      <w:r w:rsidRPr="002748A8">
        <w:t xml:space="preserve"> </w:t>
      </w:r>
      <w:proofErr w:type="spellStart"/>
      <w:r w:rsidRPr="002748A8">
        <w:t>belgilashi</w:t>
      </w:r>
      <w:proofErr w:type="spellEnd"/>
      <w:r w:rsidRPr="002748A8">
        <w:t xml:space="preserve"> </w:t>
      </w:r>
      <w:proofErr w:type="spellStart"/>
      <w:r w:rsidRPr="002748A8">
        <w:t>kerak</w:t>
      </w:r>
      <w:proofErr w:type="spellEnd"/>
      <w:r w:rsidRPr="002748A8">
        <w:t xml:space="preserve">. Bu </w:t>
      </w:r>
      <w:proofErr w:type="spellStart"/>
      <w:r w:rsidRPr="002748A8">
        <w:t>yerda</w:t>
      </w:r>
      <w:proofErr w:type="spellEnd"/>
      <w:r w:rsidRPr="002748A8">
        <w:t xml:space="preserve"> </w:t>
      </w:r>
      <w:proofErr w:type="spellStart"/>
      <w:r w:rsidRPr="002748A8">
        <w:t>milliy</w:t>
      </w:r>
      <w:proofErr w:type="spellEnd"/>
      <w:r w:rsidRPr="002748A8">
        <w:t xml:space="preserve"> model </w:t>
      </w:r>
      <w:proofErr w:type="spellStart"/>
      <w:r w:rsidRPr="002748A8">
        <w:t>uchun</w:t>
      </w:r>
      <w:proofErr w:type="spellEnd"/>
      <w:r w:rsidRPr="002748A8">
        <w:t xml:space="preserve"> </w:t>
      </w:r>
      <w:proofErr w:type="spellStart"/>
      <w:r w:rsidRPr="002748A8">
        <w:t>ikki</w:t>
      </w:r>
      <w:proofErr w:type="spellEnd"/>
      <w:r w:rsidRPr="002748A8">
        <w:t xml:space="preserve"> </w:t>
      </w:r>
      <w:proofErr w:type="spellStart"/>
      <w:proofErr w:type="gramStart"/>
      <w:r w:rsidRPr="002748A8">
        <w:lastRenderedPageBreak/>
        <w:t>pog‘</w:t>
      </w:r>
      <w:proofErr w:type="gramEnd"/>
      <w:r w:rsidRPr="002748A8">
        <w:t>onali</w:t>
      </w:r>
      <w:proofErr w:type="spellEnd"/>
      <w:r w:rsidRPr="002748A8">
        <w:t xml:space="preserve"> </w:t>
      </w:r>
      <w:proofErr w:type="spellStart"/>
      <w:r w:rsidRPr="002748A8">
        <w:t>boshqaruv</w:t>
      </w:r>
      <w:proofErr w:type="spellEnd"/>
      <w:r w:rsidRPr="002748A8">
        <w:t xml:space="preserve"> </w:t>
      </w:r>
      <w:proofErr w:type="spellStart"/>
      <w:r w:rsidRPr="002748A8">
        <w:t>konsepsiyasi</w:t>
      </w:r>
      <w:proofErr w:type="spellEnd"/>
      <w:r w:rsidRPr="002748A8">
        <w:t xml:space="preserve"> </w:t>
      </w:r>
      <w:proofErr w:type="spellStart"/>
      <w:r w:rsidRPr="002748A8">
        <w:t>asosli</w:t>
      </w:r>
      <w:proofErr w:type="spellEnd"/>
      <w:r w:rsidRPr="002748A8">
        <w:t xml:space="preserve">: </w:t>
      </w:r>
      <w:proofErr w:type="spellStart"/>
      <w:r w:rsidRPr="002748A8">
        <w:t>birinchi</w:t>
      </w:r>
      <w:proofErr w:type="spellEnd"/>
      <w:r w:rsidRPr="002748A8">
        <w:t xml:space="preserve"> </w:t>
      </w:r>
      <w:proofErr w:type="spellStart"/>
      <w:proofErr w:type="gramStart"/>
      <w:r w:rsidRPr="002748A8">
        <w:t>pog‘</w:t>
      </w:r>
      <w:proofErr w:type="gramEnd"/>
      <w:r w:rsidRPr="002748A8">
        <w:t>ona</w:t>
      </w:r>
      <w:proofErr w:type="spellEnd"/>
      <w:r w:rsidRPr="002748A8">
        <w:t xml:space="preserve"> </w:t>
      </w:r>
      <w:proofErr w:type="spellStart"/>
      <w:r w:rsidRPr="002748A8">
        <w:t>sud</w:t>
      </w:r>
      <w:proofErr w:type="spellEnd"/>
      <w:r w:rsidRPr="002748A8">
        <w:t xml:space="preserve"> </w:t>
      </w:r>
      <w:proofErr w:type="spellStart"/>
      <w:r w:rsidRPr="002748A8">
        <w:t>tizimi</w:t>
      </w:r>
      <w:proofErr w:type="spellEnd"/>
      <w:r w:rsidRPr="002748A8">
        <w:t xml:space="preserve"> </w:t>
      </w:r>
      <w:proofErr w:type="spellStart"/>
      <w:r w:rsidRPr="002748A8">
        <w:t>ichida</w:t>
      </w:r>
      <w:proofErr w:type="spellEnd"/>
      <w:r w:rsidRPr="002748A8">
        <w:t xml:space="preserve"> SI </w:t>
      </w:r>
      <w:proofErr w:type="spellStart"/>
      <w:r w:rsidRPr="002748A8">
        <w:t>vositalarini</w:t>
      </w:r>
      <w:proofErr w:type="spellEnd"/>
      <w:r w:rsidRPr="002748A8">
        <w:t xml:space="preserve"> </w:t>
      </w:r>
      <w:proofErr w:type="spellStart"/>
      <w:r w:rsidRPr="002748A8">
        <w:t>tanlash</w:t>
      </w:r>
      <w:proofErr w:type="spellEnd"/>
      <w:r w:rsidRPr="002748A8">
        <w:t xml:space="preserve">, </w:t>
      </w:r>
      <w:proofErr w:type="spellStart"/>
      <w:r w:rsidRPr="002748A8">
        <w:t>sinovdan</w:t>
      </w:r>
      <w:proofErr w:type="spellEnd"/>
      <w:r w:rsidRPr="002748A8">
        <w:t xml:space="preserve"> </w:t>
      </w:r>
      <w:proofErr w:type="spellStart"/>
      <w:proofErr w:type="gramStart"/>
      <w:r w:rsidRPr="002748A8">
        <w:t>o‘</w:t>
      </w:r>
      <w:proofErr w:type="gramEnd"/>
      <w:r w:rsidRPr="002748A8">
        <w:t>tkazish</w:t>
      </w:r>
      <w:proofErr w:type="spellEnd"/>
      <w:r w:rsidRPr="002748A8">
        <w:t xml:space="preserve">, </w:t>
      </w:r>
      <w:proofErr w:type="spellStart"/>
      <w:r w:rsidRPr="002748A8">
        <w:t>protsessual</w:t>
      </w:r>
      <w:proofErr w:type="spellEnd"/>
      <w:r w:rsidRPr="002748A8">
        <w:t xml:space="preserve"> </w:t>
      </w:r>
      <w:proofErr w:type="spellStart"/>
      <w:r w:rsidRPr="002748A8">
        <w:t>moslikni</w:t>
      </w:r>
      <w:proofErr w:type="spellEnd"/>
      <w:r w:rsidRPr="002748A8">
        <w:t xml:space="preserve"> </w:t>
      </w:r>
      <w:proofErr w:type="spellStart"/>
      <w:r w:rsidRPr="002748A8">
        <w:t>baholash</w:t>
      </w:r>
      <w:proofErr w:type="spellEnd"/>
      <w:r w:rsidRPr="002748A8">
        <w:t xml:space="preserve"> </w:t>
      </w:r>
      <w:proofErr w:type="spellStart"/>
      <w:r w:rsidRPr="002748A8">
        <w:t>va</w:t>
      </w:r>
      <w:proofErr w:type="spellEnd"/>
      <w:r w:rsidRPr="002748A8">
        <w:t xml:space="preserve"> </w:t>
      </w:r>
      <w:proofErr w:type="spellStart"/>
      <w:r w:rsidRPr="002748A8">
        <w:t>amaliyotga</w:t>
      </w:r>
      <w:proofErr w:type="spellEnd"/>
      <w:r w:rsidRPr="002748A8">
        <w:t xml:space="preserve"> </w:t>
      </w:r>
      <w:proofErr w:type="spellStart"/>
      <w:r w:rsidRPr="002748A8">
        <w:t>joriy</w:t>
      </w:r>
      <w:proofErr w:type="spellEnd"/>
      <w:r w:rsidRPr="002748A8">
        <w:t xml:space="preserve"> </w:t>
      </w:r>
      <w:proofErr w:type="spellStart"/>
      <w:r w:rsidRPr="002748A8">
        <w:t>etish</w:t>
      </w:r>
      <w:proofErr w:type="spellEnd"/>
      <w:r w:rsidRPr="002748A8">
        <w:t xml:space="preserve"> </w:t>
      </w:r>
      <w:proofErr w:type="spellStart"/>
      <w:proofErr w:type="gramStart"/>
      <w:r w:rsidRPr="002748A8">
        <w:t>bo‘</w:t>
      </w:r>
      <w:proofErr w:type="gramEnd"/>
      <w:r w:rsidRPr="002748A8">
        <w:t>yicha</w:t>
      </w:r>
      <w:proofErr w:type="spellEnd"/>
      <w:r w:rsidRPr="002748A8">
        <w:t xml:space="preserve"> </w:t>
      </w:r>
      <w:proofErr w:type="spellStart"/>
      <w:r w:rsidRPr="002748A8">
        <w:t>doimiy</w:t>
      </w:r>
      <w:proofErr w:type="spellEnd"/>
      <w:r w:rsidRPr="002748A8">
        <w:t xml:space="preserve"> </w:t>
      </w:r>
      <w:proofErr w:type="spellStart"/>
      <w:r w:rsidRPr="002748A8">
        <w:t>komissiya</w:t>
      </w:r>
      <w:proofErr w:type="spellEnd"/>
      <w:r w:rsidRPr="002748A8">
        <w:t xml:space="preserve">; </w:t>
      </w:r>
      <w:proofErr w:type="spellStart"/>
      <w:r w:rsidRPr="002748A8">
        <w:t>ikkinchi</w:t>
      </w:r>
      <w:proofErr w:type="spellEnd"/>
      <w:r w:rsidRPr="002748A8">
        <w:t xml:space="preserve"> </w:t>
      </w:r>
      <w:proofErr w:type="spellStart"/>
      <w:proofErr w:type="gramStart"/>
      <w:r w:rsidRPr="002748A8">
        <w:t>pog‘</w:t>
      </w:r>
      <w:proofErr w:type="gramEnd"/>
      <w:r w:rsidRPr="002748A8">
        <w:t>ona</w:t>
      </w:r>
      <w:proofErr w:type="spellEnd"/>
      <w:r w:rsidRPr="002748A8">
        <w:t xml:space="preserve"> </w:t>
      </w:r>
      <w:proofErr w:type="spellStart"/>
      <w:r w:rsidRPr="002748A8">
        <w:t>esa</w:t>
      </w:r>
      <w:proofErr w:type="spellEnd"/>
      <w:r w:rsidRPr="002748A8">
        <w:t xml:space="preserve"> </w:t>
      </w:r>
      <w:proofErr w:type="spellStart"/>
      <w:r w:rsidRPr="002748A8">
        <w:t>mustaqil</w:t>
      </w:r>
      <w:proofErr w:type="spellEnd"/>
      <w:r w:rsidRPr="002748A8">
        <w:t xml:space="preserve"> </w:t>
      </w:r>
      <w:proofErr w:type="spellStart"/>
      <w:r w:rsidRPr="002748A8">
        <w:t>tashqi</w:t>
      </w:r>
      <w:proofErr w:type="spellEnd"/>
      <w:r w:rsidRPr="002748A8">
        <w:t xml:space="preserve"> audit </w:t>
      </w:r>
      <w:proofErr w:type="spellStart"/>
      <w:r w:rsidRPr="002748A8">
        <w:t>va</w:t>
      </w:r>
      <w:proofErr w:type="spellEnd"/>
      <w:r w:rsidRPr="002748A8">
        <w:t xml:space="preserve"> </w:t>
      </w:r>
      <w:proofErr w:type="spellStart"/>
      <w:r w:rsidRPr="002748A8">
        <w:t>sertifikatlash</w:t>
      </w:r>
      <w:proofErr w:type="spellEnd"/>
      <w:r w:rsidRPr="002748A8">
        <w:t xml:space="preserve"> </w:t>
      </w:r>
      <w:proofErr w:type="spellStart"/>
      <w:r w:rsidRPr="002748A8">
        <w:t>tizimi</w:t>
      </w:r>
      <w:proofErr w:type="spellEnd"/>
      <w:r w:rsidRPr="002748A8">
        <w:t xml:space="preserve"> </w:t>
      </w:r>
      <w:proofErr w:type="spellStart"/>
      <w:proofErr w:type="gramStart"/>
      <w:r w:rsidRPr="002748A8">
        <w:t>bo‘</w:t>
      </w:r>
      <w:proofErr w:type="gramEnd"/>
      <w:r w:rsidRPr="002748A8">
        <w:t>lib</w:t>
      </w:r>
      <w:proofErr w:type="spellEnd"/>
      <w:r w:rsidRPr="002748A8">
        <w:t xml:space="preserve">, u </w:t>
      </w:r>
      <w:proofErr w:type="spellStart"/>
      <w:r w:rsidRPr="002748A8">
        <w:t>kiberxavfsizlik</w:t>
      </w:r>
      <w:proofErr w:type="spellEnd"/>
      <w:r w:rsidRPr="002748A8">
        <w:t xml:space="preserve">, </w:t>
      </w:r>
      <w:proofErr w:type="spellStart"/>
      <w:r w:rsidRPr="002748A8">
        <w:t>ma’lumotlarni</w:t>
      </w:r>
      <w:proofErr w:type="spellEnd"/>
      <w:r w:rsidRPr="002748A8">
        <w:t xml:space="preserve"> </w:t>
      </w:r>
      <w:proofErr w:type="spellStart"/>
      <w:r w:rsidRPr="002748A8">
        <w:t>himoya</w:t>
      </w:r>
      <w:proofErr w:type="spellEnd"/>
      <w:r w:rsidRPr="002748A8">
        <w:t xml:space="preserve"> </w:t>
      </w:r>
      <w:proofErr w:type="spellStart"/>
      <w:r w:rsidRPr="002748A8">
        <w:t>qilish</w:t>
      </w:r>
      <w:proofErr w:type="spellEnd"/>
      <w:r w:rsidRPr="002748A8">
        <w:t xml:space="preserve"> </w:t>
      </w:r>
      <w:proofErr w:type="spellStart"/>
      <w:r w:rsidRPr="002748A8">
        <w:t>va</w:t>
      </w:r>
      <w:proofErr w:type="spellEnd"/>
      <w:r w:rsidRPr="002748A8">
        <w:t xml:space="preserve"> </w:t>
      </w:r>
      <w:proofErr w:type="spellStart"/>
      <w:r w:rsidRPr="002748A8">
        <w:t>diskriminatsiya</w:t>
      </w:r>
      <w:proofErr w:type="spellEnd"/>
      <w:r w:rsidRPr="002748A8">
        <w:t xml:space="preserve"> </w:t>
      </w:r>
      <w:proofErr w:type="spellStart"/>
      <w:r w:rsidRPr="002748A8">
        <w:t>xavflari</w:t>
      </w:r>
      <w:proofErr w:type="spellEnd"/>
      <w:r w:rsidRPr="002748A8">
        <w:t xml:space="preserve"> </w:t>
      </w:r>
      <w:proofErr w:type="spellStart"/>
      <w:proofErr w:type="gramStart"/>
      <w:r w:rsidRPr="002748A8">
        <w:t>bo‘</w:t>
      </w:r>
      <w:proofErr w:type="gramEnd"/>
      <w:r w:rsidRPr="002748A8">
        <w:t>yicha</w:t>
      </w:r>
      <w:proofErr w:type="spellEnd"/>
      <w:r w:rsidRPr="002748A8">
        <w:t xml:space="preserve"> </w:t>
      </w:r>
      <w:proofErr w:type="spellStart"/>
      <w:r w:rsidRPr="002748A8">
        <w:t>tekshiruvni</w:t>
      </w:r>
      <w:proofErr w:type="spellEnd"/>
      <w:r w:rsidRPr="002748A8">
        <w:t xml:space="preserve"> </w:t>
      </w:r>
      <w:proofErr w:type="spellStart"/>
      <w:r w:rsidRPr="002748A8">
        <w:t>amalga</w:t>
      </w:r>
      <w:proofErr w:type="spellEnd"/>
      <w:r w:rsidRPr="002748A8">
        <w:t xml:space="preserve"> </w:t>
      </w:r>
      <w:proofErr w:type="spellStart"/>
      <w:r w:rsidRPr="002748A8">
        <w:t>oshiradi</w:t>
      </w:r>
      <w:proofErr w:type="spellEnd"/>
      <w:r w:rsidRPr="002748A8">
        <w:t xml:space="preserve">. </w:t>
      </w:r>
      <w:proofErr w:type="spellStart"/>
      <w:r w:rsidRPr="002748A8">
        <w:t>Ichki</w:t>
      </w:r>
      <w:proofErr w:type="spellEnd"/>
      <w:r w:rsidRPr="002748A8">
        <w:t xml:space="preserve"> </w:t>
      </w:r>
      <w:proofErr w:type="spellStart"/>
      <w:proofErr w:type="gramStart"/>
      <w:r w:rsidRPr="002748A8">
        <w:t>pog‘</w:t>
      </w:r>
      <w:proofErr w:type="gramEnd"/>
      <w:r w:rsidRPr="002748A8">
        <w:t>ona</w:t>
      </w:r>
      <w:proofErr w:type="spellEnd"/>
      <w:r w:rsidRPr="002748A8">
        <w:t xml:space="preserve"> </w:t>
      </w:r>
      <w:proofErr w:type="spellStart"/>
      <w:r w:rsidRPr="002748A8">
        <w:t>amaliy</w:t>
      </w:r>
      <w:proofErr w:type="spellEnd"/>
      <w:r w:rsidRPr="002748A8">
        <w:t xml:space="preserve"> </w:t>
      </w:r>
      <w:proofErr w:type="spellStart"/>
      <w:r w:rsidRPr="002748A8">
        <w:t>ehtiyojni</w:t>
      </w:r>
      <w:proofErr w:type="spellEnd"/>
      <w:r w:rsidRPr="002748A8">
        <w:t xml:space="preserve"> </w:t>
      </w:r>
      <w:proofErr w:type="spellStart"/>
      <w:r w:rsidRPr="002748A8">
        <w:t>biladi</w:t>
      </w:r>
      <w:proofErr w:type="spellEnd"/>
      <w:r w:rsidRPr="002748A8">
        <w:t xml:space="preserve">, </w:t>
      </w:r>
      <w:proofErr w:type="spellStart"/>
      <w:r w:rsidRPr="002748A8">
        <w:t>tashqi</w:t>
      </w:r>
      <w:proofErr w:type="spellEnd"/>
      <w:r w:rsidRPr="002748A8">
        <w:t xml:space="preserve"> </w:t>
      </w:r>
      <w:proofErr w:type="spellStart"/>
      <w:proofErr w:type="gramStart"/>
      <w:r w:rsidRPr="002748A8">
        <w:t>pog‘</w:t>
      </w:r>
      <w:proofErr w:type="gramEnd"/>
      <w:r w:rsidRPr="002748A8">
        <w:t>ona</w:t>
      </w:r>
      <w:proofErr w:type="spellEnd"/>
      <w:r w:rsidRPr="002748A8">
        <w:t xml:space="preserve"> </w:t>
      </w:r>
      <w:proofErr w:type="spellStart"/>
      <w:r w:rsidRPr="002748A8">
        <w:t>esa</w:t>
      </w:r>
      <w:proofErr w:type="spellEnd"/>
      <w:r w:rsidRPr="002748A8">
        <w:t xml:space="preserve"> </w:t>
      </w:r>
      <w:proofErr w:type="spellStart"/>
      <w:r w:rsidRPr="002748A8">
        <w:t>manfaatlar</w:t>
      </w:r>
      <w:proofErr w:type="spellEnd"/>
      <w:r w:rsidRPr="002748A8">
        <w:t xml:space="preserve"> </w:t>
      </w:r>
      <w:proofErr w:type="spellStart"/>
      <w:proofErr w:type="gramStart"/>
      <w:r w:rsidRPr="002748A8">
        <w:t>to‘</w:t>
      </w:r>
      <w:proofErr w:type="gramEnd"/>
      <w:r w:rsidRPr="002748A8">
        <w:t>qnashuvini</w:t>
      </w:r>
      <w:proofErr w:type="spellEnd"/>
      <w:r w:rsidRPr="002748A8">
        <w:t xml:space="preserve"> </w:t>
      </w:r>
      <w:proofErr w:type="spellStart"/>
      <w:r w:rsidRPr="002748A8">
        <w:t>kamaytiradi</w:t>
      </w:r>
      <w:proofErr w:type="spellEnd"/>
      <w:r w:rsidRPr="002748A8">
        <w:t>. Bunda “</w:t>
      </w:r>
      <w:proofErr w:type="spellStart"/>
      <w:r w:rsidRPr="002748A8">
        <w:t>sud</w:t>
      </w:r>
      <w:proofErr w:type="spellEnd"/>
      <w:r w:rsidRPr="002748A8">
        <w:t xml:space="preserve"> </w:t>
      </w:r>
      <w:proofErr w:type="spellStart"/>
      <w:r w:rsidRPr="002748A8">
        <w:t>mustaqilligi”ga</w:t>
      </w:r>
      <w:proofErr w:type="spellEnd"/>
      <w:r w:rsidRPr="002748A8">
        <w:t xml:space="preserve"> </w:t>
      </w:r>
      <w:proofErr w:type="spellStart"/>
      <w:r w:rsidRPr="002748A8">
        <w:t>putur</w:t>
      </w:r>
      <w:proofErr w:type="spellEnd"/>
      <w:r w:rsidRPr="002748A8">
        <w:t xml:space="preserve"> </w:t>
      </w:r>
      <w:proofErr w:type="spellStart"/>
      <w:r w:rsidRPr="002748A8">
        <w:t>yetkazmaslik</w:t>
      </w:r>
      <w:proofErr w:type="spellEnd"/>
      <w:r w:rsidRPr="002748A8">
        <w:t xml:space="preserve"> </w:t>
      </w:r>
      <w:proofErr w:type="spellStart"/>
      <w:r w:rsidRPr="002748A8">
        <w:t>uchun</w:t>
      </w:r>
      <w:proofErr w:type="spellEnd"/>
      <w:r w:rsidRPr="002748A8">
        <w:t xml:space="preserve"> </w:t>
      </w:r>
      <w:proofErr w:type="spellStart"/>
      <w:r w:rsidRPr="002748A8">
        <w:t>tashqi</w:t>
      </w:r>
      <w:proofErr w:type="spellEnd"/>
      <w:r w:rsidRPr="002748A8">
        <w:t xml:space="preserve"> audit </w:t>
      </w:r>
      <w:proofErr w:type="spellStart"/>
      <w:r w:rsidRPr="002748A8">
        <w:t>sud</w:t>
      </w:r>
      <w:proofErr w:type="spellEnd"/>
      <w:r w:rsidRPr="002748A8">
        <w:t xml:space="preserve"> </w:t>
      </w:r>
      <w:proofErr w:type="spellStart"/>
      <w:r w:rsidRPr="002748A8">
        <w:t>qarorining</w:t>
      </w:r>
      <w:proofErr w:type="spellEnd"/>
      <w:r w:rsidRPr="002748A8">
        <w:t xml:space="preserve"> </w:t>
      </w:r>
      <w:proofErr w:type="spellStart"/>
      <w:r w:rsidRPr="002748A8">
        <w:t>mazmuniga</w:t>
      </w:r>
      <w:proofErr w:type="spellEnd"/>
      <w:r w:rsidRPr="002748A8">
        <w:t xml:space="preserve"> </w:t>
      </w:r>
      <w:proofErr w:type="spellStart"/>
      <w:r w:rsidRPr="002748A8">
        <w:t>aralashmaydi</w:t>
      </w:r>
      <w:proofErr w:type="spellEnd"/>
      <w:r w:rsidRPr="002748A8">
        <w:t xml:space="preserve">, </w:t>
      </w:r>
      <w:proofErr w:type="spellStart"/>
      <w:r w:rsidRPr="002748A8">
        <w:t>faqat</w:t>
      </w:r>
      <w:proofErr w:type="spellEnd"/>
      <w:r w:rsidRPr="002748A8">
        <w:t xml:space="preserve"> </w:t>
      </w:r>
      <w:proofErr w:type="spellStart"/>
      <w:r w:rsidRPr="002748A8">
        <w:t>texnologiyaning</w:t>
      </w:r>
      <w:proofErr w:type="spellEnd"/>
      <w:r w:rsidRPr="002748A8">
        <w:t xml:space="preserve"> </w:t>
      </w:r>
      <w:proofErr w:type="spellStart"/>
      <w:r w:rsidRPr="002748A8">
        <w:t>protsessga</w:t>
      </w:r>
      <w:proofErr w:type="spellEnd"/>
      <w:r w:rsidRPr="002748A8">
        <w:t xml:space="preserve"> </w:t>
      </w:r>
      <w:proofErr w:type="spellStart"/>
      <w:r w:rsidRPr="002748A8">
        <w:t>ta’sirini</w:t>
      </w:r>
      <w:proofErr w:type="spellEnd"/>
      <w:r w:rsidRPr="002748A8">
        <w:t xml:space="preserve"> </w:t>
      </w:r>
      <w:proofErr w:type="spellStart"/>
      <w:r w:rsidRPr="002748A8">
        <w:t>va</w:t>
      </w:r>
      <w:proofErr w:type="spellEnd"/>
      <w:r w:rsidRPr="002748A8">
        <w:t xml:space="preserve"> </w:t>
      </w:r>
      <w:proofErr w:type="spellStart"/>
      <w:r w:rsidRPr="002748A8">
        <w:t>muvofiqligini</w:t>
      </w:r>
      <w:proofErr w:type="spellEnd"/>
      <w:r w:rsidRPr="002748A8">
        <w:t xml:space="preserve"> </w:t>
      </w:r>
      <w:proofErr w:type="spellStart"/>
      <w:r w:rsidRPr="002748A8">
        <w:t>baholaydi</w:t>
      </w:r>
      <w:proofErr w:type="spellEnd"/>
      <w:r w:rsidRPr="002748A8">
        <w:t>.</w:t>
      </w:r>
    </w:p>
    <w:p w14:paraId="497AF960" w14:textId="04417689" w:rsidR="007A055C" w:rsidRDefault="007A055C" w:rsidP="002748A8">
      <w:pPr>
        <w:spacing w:after="0" w:line="360" w:lineRule="auto"/>
        <w:ind w:firstLine="720"/>
        <w:jc w:val="both"/>
      </w:pPr>
      <w:proofErr w:type="spellStart"/>
      <w:r w:rsidRPr="007A055C">
        <w:t>Bundan</w:t>
      </w:r>
      <w:proofErr w:type="spellEnd"/>
      <w:r w:rsidRPr="007A055C">
        <w:t xml:space="preserve"> </w:t>
      </w:r>
      <w:proofErr w:type="spellStart"/>
      <w:r w:rsidRPr="007A055C">
        <w:t>tashqari</w:t>
      </w:r>
      <w:proofErr w:type="spellEnd"/>
      <w:r w:rsidRPr="007A055C">
        <w:t xml:space="preserve">, </w:t>
      </w:r>
      <w:proofErr w:type="spellStart"/>
      <w:r w:rsidRPr="007A055C">
        <w:t>sun’iy</w:t>
      </w:r>
      <w:proofErr w:type="spellEnd"/>
      <w:r w:rsidRPr="007A055C">
        <w:t xml:space="preserve"> </w:t>
      </w:r>
      <w:proofErr w:type="spellStart"/>
      <w:r w:rsidRPr="007A055C">
        <w:t>intellekt</w:t>
      </w:r>
      <w:proofErr w:type="spellEnd"/>
      <w:r w:rsidRPr="007A055C">
        <w:t xml:space="preserve"> </w:t>
      </w:r>
      <w:proofErr w:type="spellStart"/>
      <w:r w:rsidRPr="007A055C">
        <w:t>texnologiyalaridan</w:t>
      </w:r>
      <w:proofErr w:type="spellEnd"/>
      <w:r w:rsidRPr="007A055C">
        <w:t xml:space="preserve"> </w:t>
      </w:r>
      <w:proofErr w:type="spellStart"/>
      <w:r w:rsidRPr="007A055C">
        <w:t>foydalanish</w:t>
      </w:r>
      <w:proofErr w:type="spellEnd"/>
      <w:r w:rsidRPr="007A055C">
        <w:t xml:space="preserve"> </w:t>
      </w:r>
      <w:proofErr w:type="spellStart"/>
      <w:r w:rsidRPr="007A055C">
        <w:t>sud</w:t>
      </w:r>
      <w:proofErr w:type="spellEnd"/>
      <w:r w:rsidRPr="007A055C">
        <w:t xml:space="preserve"> </w:t>
      </w:r>
      <w:proofErr w:type="spellStart"/>
      <w:r w:rsidRPr="007A055C">
        <w:t>jarayonining</w:t>
      </w:r>
      <w:proofErr w:type="spellEnd"/>
      <w:r w:rsidRPr="007A055C">
        <w:t xml:space="preserve"> </w:t>
      </w:r>
      <w:proofErr w:type="spellStart"/>
      <w:r w:rsidRPr="007A055C">
        <w:t>iqtisodiy</w:t>
      </w:r>
      <w:proofErr w:type="spellEnd"/>
      <w:r w:rsidRPr="007A055C">
        <w:t xml:space="preserve"> </w:t>
      </w:r>
      <w:proofErr w:type="spellStart"/>
      <w:r w:rsidRPr="007A055C">
        <w:t>shaffofligini</w:t>
      </w:r>
      <w:proofErr w:type="spellEnd"/>
      <w:r w:rsidRPr="007A055C">
        <w:t xml:space="preserve"> </w:t>
      </w:r>
      <w:proofErr w:type="spellStart"/>
      <w:r w:rsidRPr="007A055C">
        <w:t>oshirish</w:t>
      </w:r>
      <w:proofErr w:type="spellEnd"/>
      <w:r w:rsidRPr="007A055C">
        <w:t xml:space="preserve"> </w:t>
      </w:r>
      <w:proofErr w:type="spellStart"/>
      <w:r w:rsidRPr="007A055C">
        <w:t>vositasi</w:t>
      </w:r>
      <w:proofErr w:type="spellEnd"/>
      <w:r w:rsidRPr="007A055C">
        <w:t xml:space="preserve"> </w:t>
      </w:r>
      <w:proofErr w:type="spellStart"/>
      <w:r w:rsidRPr="007A055C">
        <w:t>sifatida</w:t>
      </w:r>
      <w:proofErr w:type="spellEnd"/>
      <w:r w:rsidRPr="007A055C">
        <w:t xml:space="preserve"> ham </w:t>
      </w:r>
      <w:proofErr w:type="spellStart"/>
      <w:proofErr w:type="gramStart"/>
      <w:r w:rsidRPr="007A055C">
        <w:t>qo‘</w:t>
      </w:r>
      <w:proofErr w:type="gramEnd"/>
      <w:r w:rsidRPr="007A055C">
        <w:t>llanishi</w:t>
      </w:r>
      <w:proofErr w:type="spellEnd"/>
      <w:r w:rsidRPr="007A055C">
        <w:t xml:space="preserve"> </w:t>
      </w:r>
      <w:proofErr w:type="spellStart"/>
      <w:r w:rsidRPr="007A055C">
        <w:t>mumkin</w:t>
      </w:r>
      <w:proofErr w:type="spellEnd"/>
      <w:r w:rsidRPr="007A055C">
        <w:t xml:space="preserve">. </w:t>
      </w:r>
      <w:proofErr w:type="spellStart"/>
      <w:r w:rsidRPr="007A055C">
        <w:t>Xususan</w:t>
      </w:r>
      <w:proofErr w:type="spellEnd"/>
      <w:r w:rsidRPr="007A055C">
        <w:t xml:space="preserve">, </w:t>
      </w:r>
      <w:proofErr w:type="spellStart"/>
      <w:r w:rsidRPr="007A055C">
        <w:t>milliy</w:t>
      </w:r>
      <w:proofErr w:type="spellEnd"/>
      <w:r w:rsidRPr="007A055C">
        <w:t xml:space="preserve"> model </w:t>
      </w:r>
      <w:proofErr w:type="spellStart"/>
      <w:r w:rsidRPr="007A055C">
        <w:t>doirasida</w:t>
      </w:r>
      <w:proofErr w:type="spellEnd"/>
      <w:r w:rsidRPr="007A055C">
        <w:t xml:space="preserve"> </w:t>
      </w:r>
      <w:proofErr w:type="spellStart"/>
      <w:r w:rsidRPr="007A055C">
        <w:t>fuqarolarga</w:t>
      </w:r>
      <w:proofErr w:type="spellEnd"/>
      <w:r w:rsidRPr="007A055C">
        <w:t xml:space="preserve"> </w:t>
      </w:r>
      <w:proofErr w:type="spellStart"/>
      <w:r w:rsidRPr="007A055C">
        <w:t>sud</w:t>
      </w:r>
      <w:proofErr w:type="spellEnd"/>
      <w:r w:rsidRPr="007A055C">
        <w:t xml:space="preserve"> </w:t>
      </w:r>
      <w:proofErr w:type="spellStart"/>
      <w:r w:rsidRPr="007A055C">
        <w:t>jarayonlari</w:t>
      </w:r>
      <w:proofErr w:type="spellEnd"/>
      <w:r w:rsidRPr="007A055C">
        <w:t xml:space="preserve"> </w:t>
      </w:r>
      <w:proofErr w:type="spellStart"/>
      <w:r w:rsidRPr="007A055C">
        <w:t>bilan</w:t>
      </w:r>
      <w:proofErr w:type="spellEnd"/>
      <w:r w:rsidRPr="007A055C">
        <w:t xml:space="preserve"> </w:t>
      </w:r>
      <w:proofErr w:type="spellStart"/>
      <w:proofErr w:type="gramStart"/>
      <w:r w:rsidRPr="007A055C">
        <w:t>bog‘</w:t>
      </w:r>
      <w:proofErr w:type="gramEnd"/>
      <w:r w:rsidRPr="007A055C">
        <w:t>liq</w:t>
      </w:r>
      <w:proofErr w:type="spellEnd"/>
      <w:r w:rsidRPr="007A055C">
        <w:t xml:space="preserve"> </w:t>
      </w:r>
      <w:proofErr w:type="spellStart"/>
      <w:r w:rsidRPr="007A055C">
        <w:t>davlat</w:t>
      </w:r>
      <w:proofErr w:type="spellEnd"/>
      <w:r w:rsidRPr="007A055C">
        <w:t xml:space="preserve"> </w:t>
      </w:r>
      <w:proofErr w:type="spellStart"/>
      <w:r w:rsidRPr="007A055C">
        <w:t>boji</w:t>
      </w:r>
      <w:proofErr w:type="spellEnd"/>
      <w:r w:rsidRPr="007A055C">
        <w:t xml:space="preserve">, </w:t>
      </w:r>
      <w:proofErr w:type="spellStart"/>
      <w:r w:rsidRPr="007A055C">
        <w:t>sud</w:t>
      </w:r>
      <w:proofErr w:type="spellEnd"/>
      <w:r w:rsidRPr="007A055C">
        <w:t xml:space="preserve"> </w:t>
      </w:r>
      <w:proofErr w:type="spellStart"/>
      <w:r w:rsidRPr="007A055C">
        <w:t>xarajatlari</w:t>
      </w:r>
      <w:proofErr w:type="spellEnd"/>
      <w:r w:rsidRPr="007A055C">
        <w:t xml:space="preserve"> </w:t>
      </w:r>
      <w:proofErr w:type="spellStart"/>
      <w:r w:rsidRPr="007A055C">
        <w:t>va</w:t>
      </w:r>
      <w:proofErr w:type="spellEnd"/>
      <w:r w:rsidRPr="007A055C">
        <w:t xml:space="preserve"> </w:t>
      </w:r>
      <w:proofErr w:type="spellStart"/>
      <w:r w:rsidRPr="007A055C">
        <w:t>boshqa</w:t>
      </w:r>
      <w:proofErr w:type="spellEnd"/>
      <w:r w:rsidRPr="007A055C">
        <w:t xml:space="preserve"> </w:t>
      </w:r>
      <w:proofErr w:type="spellStart"/>
      <w:r w:rsidRPr="007A055C">
        <w:t>moliyaviy</w:t>
      </w:r>
      <w:proofErr w:type="spellEnd"/>
      <w:r w:rsidRPr="007A055C">
        <w:t xml:space="preserve"> </w:t>
      </w:r>
      <w:proofErr w:type="spellStart"/>
      <w:r w:rsidRPr="007A055C">
        <w:t>majburiyatlar</w:t>
      </w:r>
      <w:proofErr w:type="spellEnd"/>
      <w:r w:rsidRPr="007A055C">
        <w:t xml:space="preserve"> </w:t>
      </w:r>
      <w:proofErr w:type="spellStart"/>
      <w:proofErr w:type="gramStart"/>
      <w:r w:rsidRPr="007A055C">
        <w:t>to‘g‘</w:t>
      </w:r>
      <w:proofErr w:type="gramEnd"/>
      <w:r w:rsidRPr="007A055C">
        <w:t>risida</w:t>
      </w:r>
      <w:proofErr w:type="spellEnd"/>
      <w:r w:rsidRPr="007A055C">
        <w:t xml:space="preserve"> </w:t>
      </w:r>
      <w:proofErr w:type="spellStart"/>
      <w:r w:rsidRPr="007A055C">
        <w:t>sun’iy</w:t>
      </w:r>
      <w:proofErr w:type="spellEnd"/>
      <w:r w:rsidRPr="007A055C">
        <w:t xml:space="preserve"> </w:t>
      </w:r>
      <w:proofErr w:type="spellStart"/>
      <w:r w:rsidRPr="007A055C">
        <w:t>intellekt</w:t>
      </w:r>
      <w:proofErr w:type="spellEnd"/>
      <w:r w:rsidRPr="007A055C">
        <w:t xml:space="preserve"> </w:t>
      </w:r>
      <w:proofErr w:type="spellStart"/>
      <w:r w:rsidRPr="007A055C">
        <w:t>asosida</w:t>
      </w:r>
      <w:proofErr w:type="spellEnd"/>
      <w:r w:rsidRPr="007A055C">
        <w:t xml:space="preserve"> </w:t>
      </w:r>
      <w:proofErr w:type="spellStart"/>
      <w:r w:rsidRPr="007A055C">
        <w:t>oldindan</w:t>
      </w:r>
      <w:proofErr w:type="spellEnd"/>
      <w:r w:rsidRPr="007A055C">
        <w:t xml:space="preserve"> </w:t>
      </w:r>
      <w:proofErr w:type="spellStart"/>
      <w:r w:rsidRPr="007A055C">
        <w:t>aniq</w:t>
      </w:r>
      <w:proofErr w:type="spellEnd"/>
      <w:r w:rsidRPr="007A055C">
        <w:t xml:space="preserve"> </w:t>
      </w:r>
      <w:proofErr w:type="spellStart"/>
      <w:r w:rsidRPr="007A055C">
        <w:t>va</w:t>
      </w:r>
      <w:proofErr w:type="spellEnd"/>
      <w:r w:rsidRPr="007A055C">
        <w:t xml:space="preserve"> </w:t>
      </w:r>
      <w:proofErr w:type="spellStart"/>
      <w:r w:rsidRPr="007A055C">
        <w:t>tushunarli</w:t>
      </w:r>
      <w:proofErr w:type="spellEnd"/>
      <w:r w:rsidRPr="007A055C">
        <w:t xml:space="preserve"> </w:t>
      </w:r>
      <w:proofErr w:type="spellStart"/>
      <w:r w:rsidRPr="007A055C">
        <w:t>ma’lumot</w:t>
      </w:r>
      <w:proofErr w:type="spellEnd"/>
      <w:r w:rsidRPr="007A055C">
        <w:t xml:space="preserve"> </w:t>
      </w:r>
      <w:proofErr w:type="spellStart"/>
      <w:r w:rsidRPr="007A055C">
        <w:t>berish</w:t>
      </w:r>
      <w:proofErr w:type="spellEnd"/>
      <w:r w:rsidRPr="007A055C">
        <w:t xml:space="preserve"> </w:t>
      </w:r>
      <w:proofErr w:type="spellStart"/>
      <w:r w:rsidRPr="007A055C">
        <w:t>mexanizmini</w:t>
      </w:r>
      <w:proofErr w:type="spellEnd"/>
      <w:r w:rsidRPr="007A055C">
        <w:t xml:space="preserve"> </w:t>
      </w:r>
      <w:proofErr w:type="spellStart"/>
      <w:r w:rsidRPr="007A055C">
        <w:t>joriy</w:t>
      </w:r>
      <w:proofErr w:type="spellEnd"/>
      <w:r w:rsidRPr="007A055C">
        <w:t xml:space="preserve"> </w:t>
      </w:r>
      <w:proofErr w:type="spellStart"/>
      <w:r w:rsidRPr="007A055C">
        <w:t>etish</w:t>
      </w:r>
      <w:proofErr w:type="spellEnd"/>
      <w:r w:rsidRPr="007A055C">
        <w:t xml:space="preserve"> </w:t>
      </w:r>
      <w:proofErr w:type="spellStart"/>
      <w:r w:rsidRPr="007A055C">
        <w:t>maqsadga</w:t>
      </w:r>
      <w:proofErr w:type="spellEnd"/>
      <w:r w:rsidRPr="007A055C">
        <w:t xml:space="preserve"> </w:t>
      </w:r>
      <w:proofErr w:type="spellStart"/>
      <w:r w:rsidRPr="007A055C">
        <w:t>muvofiqdir</w:t>
      </w:r>
      <w:proofErr w:type="spellEnd"/>
      <w:r w:rsidRPr="007A055C">
        <w:t xml:space="preserve">. Bunday </w:t>
      </w:r>
      <w:proofErr w:type="spellStart"/>
      <w:r w:rsidRPr="007A055C">
        <w:t>yondashuv</w:t>
      </w:r>
      <w:proofErr w:type="spellEnd"/>
      <w:r w:rsidRPr="007A055C">
        <w:t xml:space="preserve"> </w:t>
      </w:r>
      <w:proofErr w:type="spellStart"/>
      <w:r w:rsidRPr="007A055C">
        <w:t>fuqarolarning</w:t>
      </w:r>
      <w:proofErr w:type="spellEnd"/>
      <w:r w:rsidRPr="007A055C">
        <w:t xml:space="preserve"> </w:t>
      </w:r>
      <w:proofErr w:type="spellStart"/>
      <w:r w:rsidRPr="007A055C">
        <w:t>sudga</w:t>
      </w:r>
      <w:proofErr w:type="spellEnd"/>
      <w:r w:rsidRPr="007A055C">
        <w:t xml:space="preserve"> </w:t>
      </w:r>
      <w:proofErr w:type="spellStart"/>
      <w:r w:rsidRPr="007A055C">
        <w:t>murojaat</w:t>
      </w:r>
      <w:proofErr w:type="spellEnd"/>
      <w:r w:rsidRPr="007A055C">
        <w:t xml:space="preserve"> </w:t>
      </w:r>
      <w:proofErr w:type="spellStart"/>
      <w:r w:rsidRPr="007A055C">
        <w:t>qilish</w:t>
      </w:r>
      <w:proofErr w:type="spellEnd"/>
      <w:r w:rsidRPr="007A055C">
        <w:t xml:space="preserve"> </w:t>
      </w:r>
      <w:proofErr w:type="spellStart"/>
      <w:r w:rsidRPr="007A055C">
        <w:t>imkoniyatlarini</w:t>
      </w:r>
      <w:proofErr w:type="spellEnd"/>
      <w:r w:rsidRPr="007A055C">
        <w:t xml:space="preserve"> </w:t>
      </w:r>
      <w:proofErr w:type="spellStart"/>
      <w:r w:rsidRPr="007A055C">
        <w:t>kengaytiradi</w:t>
      </w:r>
      <w:proofErr w:type="spellEnd"/>
      <w:r w:rsidRPr="007A055C">
        <w:t xml:space="preserve">, </w:t>
      </w:r>
      <w:proofErr w:type="spellStart"/>
      <w:r w:rsidRPr="007A055C">
        <w:t>protsessual</w:t>
      </w:r>
      <w:proofErr w:type="spellEnd"/>
      <w:r w:rsidRPr="007A055C">
        <w:t xml:space="preserve"> </w:t>
      </w:r>
      <w:proofErr w:type="spellStart"/>
      <w:r w:rsidRPr="007A055C">
        <w:t>xatoliklar</w:t>
      </w:r>
      <w:proofErr w:type="spellEnd"/>
      <w:r w:rsidRPr="007A055C">
        <w:t xml:space="preserve"> </w:t>
      </w:r>
      <w:proofErr w:type="spellStart"/>
      <w:r w:rsidRPr="007A055C">
        <w:t>va</w:t>
      </w:r>
      <w:proofErr w:type="spellEnd"/>
      <w:r w:rsidRPr="007A055C">
        <w:t xml:space="preserve"> </w:t>
      </w:r>
      <w:proofErr w:type="spellStart"/>
      <w:r w:rsidRPr="007A055C">
        <w:t>ortiqcha</w:t>
      </w:r>
      <w:proofErr w:type="spellEnd"/>
      <w:r w:rsidRPr="007A055C">
        <w:t xml:space="preserve"> </w:t>
      </w:r>
      <w:proofErr w:type="spellStart"/>
      <w:r w:rsidRPr="007A055C">
        <w:t>xarajatlarning</w:t>
      </w:r>
      <w:proofErr w:type="spellEnd"/>
      <w:r w:rsidRPr="007A055C">
        <w:t xml:space="preserve"> </w:t>
      </w:r>
      <w:proofErr w:type="spellStart"/>
      <w:r w:rsidRPr="007A055C">
        <w:t>oldini</w:t>
      </w:r>
      <w:proofErr w:type="spellEnd"/>
      <w:r w:rsidRPr="007A055C">
        <w:t xml:space="preserve"> </w:t>
      </w:r>
      <w:proofErr w:type="spellStart"/>
      <w:r w:rsidRPr="007A055C">
        <w:t>oladi</w:t>
      </w:r>
      <w:proofErr w:type="spellEnd"/>
      <w:r w:rsidRPr="007A055C">
        <w:t xml:space="preserve"> </w:t>
      </w:r>
      <w:proofErr w:type="spellStart"/>
      <w:r w:rsidRPr="007A055C">
        <w:t>hamda</w:t>
      </w:r>
      <w:proofErr w:type="spellEnd"/>
      <w:r w:rsidRPr="007A055C">
        <w:t xml:space="preserve"> </w:t>
      </w:r>
      <w:proofErr w:type="spellStart"/>
      <w:r w:rsidRPr="007A055C">
        <w:t>sud</w:t>
      </w:r>
      <w:proofErr w:type="spellEnd"/>
      <w:r w:rsidRPr="007A055C">
        <w:t xml:space="preserve"> </w:t>
      </w:r>
      <w:proofErr w:type="spellStart"/>
      <w:r w:rsidRPr="007A055C">
        <w:t>tizimining</w:t>
      </w:r>
      <w:proofErr w:type="spellEnd"/>
      <w:r w:rsidRPr="007A055C">
        <w:t xml:space="preserve"> </w:t>
      </w:r>
      <w:proofErr w:type="spellStart"/>
      <w:r w:rsidRPr="007A055C">
        <w:t>ochiqligi</w:t>
      </w:r>
      <w:proofErr w:type="spellEnd"/>
      <w:r w:rsidRPr="007A055C">
        <w:t xml:space="preserve"> </w:t>
      </w:r>
      <w:proofErr w:type="spellStart"/>
      <w:r w:rsidRPr="007A055C">
        <w:t>va</w:t>
      </w:r>
      <w:proofErr w:type="spellEnd"/>
      <w:r w:rsidRPr="007A055C">
        <w:t xml:space="preserve"> </w:t>
      </w:r>
      <w:proofErr w:type="spellStart"/>
      <w:r w:rsidRPr="007A055C">
        <w:t>ishonchliligini</w:t>
      </w:r>
      <w:proofErr w:type="spellEnd"/>
      <w:r w:rsidRPr="007A055C">
        <w:t xml:space="preserve"> </w:t>
      </w:r>
      <w:proofErr w:type="spellStart"/>
      <w:r w:rsidRPr="007A055C">
        <w:t>oshiradi</w:t>
      </w:r>
      <w:proofErr w:type="spellEnd"/>
      <w:r w:rsidRPr="007A055C">
        <w:t>.</w:t>
      </w:r>
    </w:p>
    <w:p w14:paraId="2083218F" w14:textId="2ECEF64F" w:rsidR="002748A8" w:rsidRDefault="00000000" w:rsidP="002748A8">
      <w:pPr>
        <w:spacing w:after="0" w:line="360" w:lineRule="auto"/>
        <w:ind w:firstLine="720"/>
        <w:jc w:val="both"/>
        <w:rPr>
          <w:b/>
          <w:bCs/>
          <w:szCs w:val="28"/>
        </w:rPr>
      </w:pPr>
      <w:proofErr w:type="spellStart"/>
      <w:r w:rsidRPr="00B42F59">
        <w:rPr>
          <w:b/>
          <w:bCs/>
          <w:szCs w:val="28"/>
        </w:rPr>
        <w:t>Xulosa</w:t>
      </w:r>
      <w:proofErr w:type="spellEnd"/>
    </w:p>
    <w:p w14:paraId="6272AAA4" w14:textId="5492D85C" w:rsidR="001C37C7" w:rsidRDefault="00000000" w:rsidP="002748A8">
      <w:pPr>
        <w:spacing w:after="0" w:line="360" w:lineRule="auto"/>
        <w:ind w:firstLine="720"/>
        <w:jc w:val="both"/>
        <w:rPr>
          <w:szCs w:val="28"/>
        </w:rPr>
      </w:pPr>
      <w:r w:rsidRPr="002748A8">
        <w:rPr>
          <w:szCs w:val="28"/>
        </w:rPr>
        <w:t xml:space="preserve">Sud </w:t>
      </w:r>
      <w:proofErr w:type="spellStart"/>
      <w:r w:rsidRPr="002748A8">
        <w:rPr>
          <w:szCs w:val="28"/>
        </w:rPr>
        <w:t>tizimiga</w:t>
      </w:r>
      <w:proofErr w:type="spellEnd"/>
      <w:r w:rsidRPr="002748A8">
        <w:rPr>
          <w:szCs w:val="28"/>
        </w:rPr>
        <w:t xml:space="preserve"> </w:t>
      </w:r>
      <w:proofErr w:type="spellStart"/>
      <w:r w:rsidRPr="002748A8">
        <w:rPr>
          <w:szCs w:val="28"/>
        </w:rPr>
        <w:t>sun’iy</w:t>
      </w:r>
      <w:proofErr w:type="spellEnd"/>
      <w:r w:rsidRPr="002748A8">
        <w:rPr>
          <w:szCs w:val="28"/>
        </w:rPr>
        <w:t xml:space="preserve"> </w:t>
      </w:r>
      <w:proofErr w:type="spellStart"/>
      <w:r w:rsidRPr="002748A8">
        <w:rPr>
          <w:szCs w:val="28"/>
        </w:rPr>
        <w:t>intellektni</w:t>
      </w:r>
      <w:proofErr w:type="spellEnd"/>
      <w:r w:rsidRPr="002748A8">
        <w:rPr>
          <w:szCs w:val="28"/>
        </w:rPr>
        <w:t xml:space="preserve"> </w:t>
      </w:r>
      <w:proofErr w:type="spellStart"/>
      <w:r w:rsidRPr="002748A8">
        <w:rPr>
          <w:szCs w:val="28"/>
        </w:rPr>
        <w:t>joriy</w:t>
      </w:r>
      <w:proofErr w:type="spellEnd"/>
      <w:r w:rsidRPr="002748A8">
        <w:rPr>
          <w:szCs w:val="28"/>
        </w:rPr>
        <w:t xml:space="preserve"> etish milliy modelini ishlab chiqishda asosiy mezon texnologik yangilikning </w:t>
      </w:r>
      <w:proofErr w:type="gramStart"/>
      <w:r w:rsidRPr="002748A8">
        <w:rPr>
          <w:szCs w:val="28"/>
        </w:rPr>
        <w:t>o‘</w:t>
      </w:r>
      <w:proofErr w:type="gramEnd"/>
      <w:r w:rsidRPr="002748A8">
        <w:rPr>
          <w:szCs w:val="28"/>
        </w:rPr>
        <w:t xml:space="preserve">zi emas, balki odil sudlovning protsessual kafolatlarini SI sharoitida qayta mustahkamlashdan iborat. Tadqiqot natijasida SI </w:t>
      </w:r>
      <w:proofErr w:type="gramStart"/>
      <w:r w:rsidRPr="002748A8">
        <w:rPr>
          <w:szCs w:val="28"/>
        </w:rPr>
        <w:t>qo‘</w:t>
      </w:r>
      <w:proofErr w:type="gramEnd"/>
      <w:r w:rsidRPr="002748A8">
        <w:rPr>
          <w:szCs w:val="28"/>
        </w:rPr>
        <w:t xml:space="preserve">llanishi yordamchi funksiyalar doirasida ustuvor </w:t>
      </w:r>
      <w:proofErr w:type="gramStart"/>
      <w:r w:rsidRPr="002748A8">
        <w:rPr>
          <w:szCs w:val="28"/>
        </w:rPr>
        <w:t>bo‘</w:t>
      </w:r>
      <w:proofErr w:type="gramEnd"/>
      <w:r w:rsidRPr="002748A8">
        <w:rPr>
          <w:szCs w:val="28"/>
        </w:rPr>
        <w:t xml:space="preserve">lishi, yuqori riskli qaroriy segmentlarda esa qat’iy cheklovlar, hujjatlashtirish va inson nazorati ta’minlanishi lozimligi asoslandi. Shuningdek, shaffoflikning minimal izohlanish standarti, majburiy audit izlari, sertifikatlash va versiya nazorati, hamda javobgarlik zanjirini aniq belgilash milliy huquqiy tartibga solishning tayanch elementlari sifatida taklif etildi. Natijada samaradorlik va adolat, raqamlashtirish va huquqiy aniqlik </w:t>
      </w:r>
      <w:proofErr w:type="gramStart"/>
      <w:r w:rsidRPr="002748A8">
        <w:rPr>
          <w:szCs w:val="28"/>
        </w:rPr>
        <w:t>o‘</w:t>
      </w:r>
      <w:proofErr w:type="gramEnd"/>
      <w:r w:rsidRPr="002748A8">
        <w:rPr>
          <w:szCs w:val="28"/>
        </w:rPr>
        <w:t xml:space="preserve">rtasidagi muvozanatni ushlab turuvchi, institutsional jihatdan barqaror va protsessual jihatdan tekshiruvchan </w:t>
      </w:r>
      <w:proofErr w:type="spellStart"/>
      <w:r w:rsidRPr="002748A8">
        <w:rPr>
          <w:szCs w:val="28"/>
        </w:rPr>
        <w:t>milliy</w:t>
      </w:r>
      <w:proofErr w:type="spellEnd"/>
      <w:r w:rsidRPr="002748A8">
        <w:rPr>
          <w:szCs w:val="28"/>
        </w:rPr>
        <w:t xml:space="preserve"> model </w:t>
      </w:r>
      <w:proofErr w:type="spellStart"/>
      <w:r w:rsidRPr="002748A8">
        <w:rPr>
          <w:szCs w:val="28"/>
        </w:rPr>
        <w:t>konturlari</w:t>
      </w:r>
      <w:proofErr w:type="spellEnd"/>
      <w:r w:rsidRPr="002748A8">
        <w:rPr>
          <w:szCs w:val="28"/>
        </w:rPr>
        <w:t xml:space="preserve"> </w:t>
      </w:r>
      <w:proofErr w:type="spellStart"/>
      <w:r w:rsidRPr="002748A8">
        <w:rPr>
          <w:szCs w:val="28"/>
        </w:rPr>
        <w:t>shakllantirildi</w:t>
      </w:r>
      <w:proofErr w:type="spellEnd"/>
      <w:r w:rsidRPr="002748A8">
        <w:rPr>
          <w:szCs w:val="28"/>
        </w:rPr>
        <w:t>.</w:t>
      </w:r>
    </w:p>
    <w:p w14:paraId="60A8ACE8" w14:textId="45D95A83" w:rsidR="007A055C" w:rsidRPr="002748A8" w:rsidRDefault="007A055C" w:rsidP="002748A8">
      <w:pPr>
        <w:spacing w:after="0" w:line="360" w:lineRule="auto"/>
        <w:ind w:firstLine="720"/>
        <w:jc w:val="both"/>
        <w:rPr>
          <w:szCs w:val="28"/>
        </w:rPr>
      </w:pPr>
      <w:r w:rsidRPr="007A055C">
        <w:rPr>
          <w:szCs w:val="28"/>
        </w:rPr>
        <w:lastRenderedPageBreak/>
        <w:t xml:space="preserve">Shu </w:t>
      </w:r>
      <w:proofErr w:type="spellStart"/>
      <w:r w:rsidRPr="007A055C">
        <w:rPr>
          <w:szCs w:val="28"/>
        </w:rPr>
        <w:t>bilan</w:t>
      </w:r>
      <w:proofErr w:type="spellEnd"/>
      <w:r w:rsidRPr="007A055C">
        <w:rPr>
          <w:szCs w:val="28"/>
        </w:rPr>
        <w:t xml:space="preserve"> </w:t>
      </w:r>
      <w:proofErr w:type="spellStart"/>
      <w:r w:rsidRPr="007A055C">
        <w:rPr>
          <w:szCs w:val="28"/>
        </w:rPr>
        <w:t>birga</w:t>
      </w:r>
      <w:proofErr w:type="spellEnd"/>
      <w:r w:rsidRPr="007A055C">
        <w:rPr>
          <w:szCs w:val="28"/>
        </w:rPr>
        <w:t xml:space="preserve">, </w:t>
      </w:r>
      <w:proofErr w:type="spellStart"/>
      <w:r w:rsidRPr="007A055C">
        <w:rPr>
          <w:szCs w:val="28"/>
        </w:rPr>
        <w:t>milliy</w:t>
      </w:r>
      <w:proofErr w:type="spellEnd"/>
      <w:r w:rsidRPr="007A055C">
        <w:rPr>
          <w:szCs w:val="28"/>
        </w:rPr>
        <w:t xml:space="preserve"> model </w:t>
      </w:r>
      <w:proofErr w:type="spellStart"/>
      <w:r w:rsidRPr="007A055C">
        <w:rPr>
          <w:szCs w:val="28"/>
        </w:rPr>
        <w:t>doirasida</w:t>
      </w:r>
      <w:proofErr w:type="spellEnd"/>
      <w:r w:rsidRPr="007A055C">
        <w:rPr>
          <w:szCs w:val="28"/>
        </w:rPr>
        <w:t xml:space="preserve"> </w:t>
      </w:r>
      <w:proofErr w:type="spellStart"/>
      <w:r w:rsidRPr="007A055C">
        <w:rPr>
          <w:szCs w:val="28"/>
        </w:rPr>
        <w:t>sud</w:t>
      </w:r>
      <w:proofErr w:type="spellEnd"/>
      <w:r w:rsidRPr="007A055C">
        <w:rPr>
          <w:szCs w:val="28"/>
        </w:rPr>
        <w:t xml:space="preserve"> </w:t>
      </w:r>
      <w:proofErr w:type="spellStart"/>
      <w:r w:rsidRPr="007A055C">
        <w:rPr>
          <w:szCs w:val="28"/>
        </w:rPr>
        <w:t>jarayonida</w:t>
      </w:r>
      <w:proofErr w:type="spellEnd"/>
      <w:r w:rsidRPr="007A055C">
        <w:rPr>
          <w:szCs w:val="28"/>
        </w:rPr>
        <w:t xml:space="preserve"> </w:t>
      </w:r>
      <w:proofErr w:type="spellStart"/>
      <w:r w:rsidRPr="007A055C">
        <w:rPr>
          <w:szCs w:val="28"/>
        </w:rPr>
        <w:t>sun’iy</w:t>
      </w:r>
      <w:proofErr w:type="spellEnd"/>
      <w:r w:rsidRPr="007A055C">
        <w:rPr>
          <w:szCs w:val="28"/>
        </w:rPr>
        <w:t xml:space="preserve"> </w:t>
      </w:r>
      <w:proofErr w:type="spellStart"/>
      <w:r w:rsidRPr="007A055C">
        <w:rPr>
          <w:szCs w:val="28"/>
        </w:rPr>
        <w:t>intellekt</w:t>
      </w:r>
      <w:proofErr w:type="spellEnd"/>
      <w:r w:rsidRPr="007A055C">
        <w:rPr>
          <w:szCs w:val="28"/>
        </w:rPr>
        <w:t xml:space="preserve"> </w:t>
      </w:r>
      <w:proofErr w:type="spellStart"/>
      <w:r w:rsidRPr="007A055C">
        <w:rPr>
          <w:szCs w:val="28"/>
        </w:rPr>
        <w:t>vositalaridan</w:t>
      </w:r>
      <w:proofErr w:type="spellEnd"/>
      <w:r w:rsidRPr="007A055C">
        <w:rPr>
          <w:szCs w:val="28"/>
        </w:rPr>
        <w:t xml:space="preserve"> </w:t>
      </w:r>
      <w:proofErr w:type="spellStart"/>
      <w:r w:rsidRPr="007A055C">
        <w:rPr>
          <w:szCs w:val="28"/>
        </w:rPr>
        <w:t>foydalanilgan</w:t>
      </w:r>
      <w:proofErr w:type="spellEnd"/>
      <w:r w:rsidRPr="007A055C">
        <w:rPr>
          <w:szCs w:val="28"/>
        </w:rPr>
        <w:t xml:space="preserve"> </w:t>
      </w:r>
      <w:proofErr w:type="spellStart"/>
      <w:r w:rsidRPr="007A055C">
        <w:rPr>
          <w:szCs w:val="28"/>
        </w:rPr>
        <w:t>har</w:t>
      </w:r>
      <w:proofErr w:type="spellEnd"/>
      <w:r w:rsidRPr="007A055C">
        <w:rPr>
          <w:szCs w:val="28"/>
        </w:rPr>
        <w:t xml:space="preserve"> </w:t>
      </w:r>
      <w:proofErr w:type="spellStart"/>
      <w:r w:rsidRPr="007A055C">
        <w:rPr>
          <w:szCs w:val="28"/>
        </w:rPr>
        <w:t>bir</w:t>
      </w:r>
      <w:proofErr w:type="spellEnd"/>
      <w:r w:rsidRPr="007A055C">
        <w:rPr>
          <w:szCs w:val="28"/>
        </w:rPr>
        <w:t xml:space="preserve"> </w:t>
      </w:r>
      <w:proofErr w:type="spellStart"/>
      <w:r w:rsidRPr="007A055C">
        <w:rPr>
          <w:szCs w:val="28"/>
        </w:rPr>
        <w:t>holatda</w:t>
      </w:r>
      <w:proofErr w:type="spellEnd"/>
      <w:r w:rsidRPr="007A055C">
        <w:rPr>
          <w:szCs w:val="28"/>
        </w:rPr>
        <w:t xml:space="preserve"> </w:t>
      </w:r>
      <w:proofErr w:type="spellStart"/>
      <w:r w:rsidRPr="007A055C">
        <w:rPr>
          <w:szCs w:val="28"/>
        </w:rPr>
        <w:t>taraflarning</w:t>
      </w:r>
      <w:proofErr w:type="spellEnd"/>
      <w:r w:rsidRPr="007A055C">
        <w:rPr>
          <w:szCs w:val="28"/>
        </w:rPr>
        <w:t xml:space="preserve"> </w:t>
      </w:r>
      <w:proofErr w:type="spellStart"/>
      <w:r w:rsidRPr="007A055C">
        <w:rPr>
          <w:szCs w:val="28"/>
        </w:rPr>
        <w:t>xabardor</w:t>
      </w:r>
      <w:proofErr w:type="spellEnd"/>
      <w:r w:rsidRPr="007A055C">
        <w:rPr>
          <w:szCs w:val="28"/>
        </w:rPr>
        <w:t xml:space="preserve"> </w:t>
      </w:r>
      <w:proofErr w:type="spellStart"/>
      <w:r w:rsidRPr="007A055C">
        <w:rPr>
          <w:szCs w:val="28"/>
        </w:rPr>
        <w:t>qilinishi</w:t>
      </w:r>
      <w:proofErr w:type="spellEnd"/>
      <w:r w:rsidRPr="007A055C">
        <w:rPr>
          <w:szCs w:val="28"/>
        </w:rPr>
        <w:t xml:space="preserve"> </w:t>
      </w:r>
      <w:proofErr w:type="spellStart"/>
      <w:r w:rsidRPr="007A055C">
        <w:rPr>
          <w:szCs w:val="28"/>
        </w:rPr>
        <w:t>alohida</w:t>
      </w:r>
      <w:proofErr w:type="spellEnd"/>
      <w:r w:rsidRPr="007A055C">
        <w:rPr>
          <w:szCs w:val="28"/>
        </w:rPr>
        <w:t xml:space="preserve"> </w:t>
      </w:r>
      <w:proofErr w:type="spellStart"/>
      <w:r w:rsidRPr="007A055C">
        <w:rPr>
          <w:szCs w:val="28"/>
        </w:rPr>
        <w:t>protsessual</w:t>
      </w:r>
      <w:proofErr w:type="spellEnd"/>
      <w:r w:rsidRPr="007A055C">
        <w:rPr>
          <w:szCs w:val="28"/>
        </w:rPr>
        <w:t xml:space="preserve"> talab </w:t>
      </w:r>
      <w:proofErr w:type="spellStart"/>
      <w:r w:rsidRPr="007A055C">
        <w:rPr>
          <w:szCs w:val="28"/>
        </w:rPr>
        <w:t>sifatida</w:t>
      </w:r>
      <w:proofErr w:type="spellEnd"/>
      <w:r w:rsidRPr="007A055C">
        <w:rPr>
          <w:szCs w:val="28"/>
        </w:rPr>
        <w:t xml:space="preserve"> </w:t>
      </w:r>
      <w:proofErr w:type="spellStart"/>
      <w:r w:rsidRPr="007A055C">
        <w:rPr>
          <w:szCs w:val="28"/>
        </w:rPr>
        <w:t>mustahkamlanishi</w:t>
      </w:r>
      <w:proofErr w:type="spellEnd"/>
      <w:r w:rsidRPr="007A055C">
        <w:rPr>
          <w:szCs w:val="28"/>
        </w:rPr>
        <w:t xml:space="preserve"> </w:t>
      </w:r>
      <w:proofErr w:type="spellStart"/>
      <w:r w:rsidRPr="007A055C">
        <w:rPr>
          <w:szCs w:val="28"/>
        </w:rPr>
        <w:t>lozim</w:t>
      </w:r>
      <w:proofErr w:type="spellEnd"/>
      <w:r w:rsidRPr="007A055C">
        <w:rPr>
          <w:szCs w:val="28"/>
        </w:rPr>
        <w:t xml:space="preserve">. </w:t>
      </w:r>
      <w:proofErr w:type="spellStart"/>
      <w:r w:rsidRPr="007A055C">
        <w:rPr>
          <w:szCs w:val="28"/>
        </w:rPr>
        <w:t>Xususan</w:t>
      </w:r>
      <w:proofErr w:type="spellEnd"/>
      <w:r w:rsidRPr="007A055C">
        <w:rPr>
          <w:szCs w:val="28"/>
        </w:rPr>
        <w:t xml:space="preserve">, </w:t>
      </w:r>
      <w:proofErr w:type="spellStart"/>
      <w:r w:rsidRPr="007A055C">
        <w:rPr>
          <w:szCs w:val="28"/>
        </w:rPr>
        <w:t>sud</w:t>
      </w:r>
      <w:proofErr w:type="spellEnd"/>
      <w:r w:rsidRPr="007A055C">
        <w:rPr>
          <w:szCs w:val="28"/>
        </w:rPr>
        <w:t xml:space="preserve"> </w:t>
      </w:r>
      <w:proofErr w:type="spellStart"/>
      <w:r w:rsidRPr="007A055C">
        <w:rPr>
          <w:szCs w:val="28"/>
        </w:rPr>
        <w:t>muhokamasida</w:t>
      </w:r>
      <w:proofErr w:type="spellEnd"/>
      <w:r w:rsidRPr="007A055C">
        <w:rPr>
          <w:szCs w:val="28"/>
        </w:rPr>
        <w:t xml:space="preserve"> </w:t>
      </w:r>
      <w:proofErr w:type="spellStart"/>
      <w:r w:rsidRPr="007A055C">
        <w:rPr>
          <w:szCs w:val="28"/>
        </w:rPr>
        <w:t>ishtirok</w:t>
      </w:r>
      <w:proofErr w:type="spellEnd"/>
      <w:r w:rsidRPr="007A055C">
        <w:rPr>
          <w:szCs w:val="28"/>
        </w:rPr>
        <w:t xml:space="preserve"> </w:t>
      </w:r>
      <w:proofErr w:type="spellStart"/>
      <w:r w:rsidRPr="007A055C">
        <w:rPr>
          <w:szCs w:val="28"/>
        </w:rPr>
        <w:t>etayotgan</w:t>
      </w:r>
      <w:proofErr w:type="spellEnd"/>
      <w:r w:rsidRPr="007A055C">
        <w:rPr>
          <w:szCs w:val="28"/>
        </w:rPr>
        <w:t xml:space="preserve"> </w:t>
      </w:r>
      <w:proofErr w:type="spellStart"/>
      <w:r w:rsidRPr="007A055C">
        <w:rPr>
          <w:szCs w:val="28"/>
        </w:rPr>
        <w:t>fuqaro</w:t>
      </w:r>
      <w:proofErr w:type="spellEnd"/>
      <w:r w:rsidRPr="007A055C">
        <w:rPr>
          <w:szCs w:val="28"/>
        </w:rPr>
        <w:t xml:space="preserve"> </w:t>
      </w:r>
      <w:proofErr w:type="spellStart"/>
      <w:r w:rsidRPr="007A055C">
        <w:rPr>
          <w:szCs w:val="28"/>
        </w:rPr>
        <w:t>uning</w:t>
      </w:r>
      <w:proofErr w:type="spellEnd"/>
      <w:r w:rsidRPr="007A055C">
        <w:rPr>
          <w:szCs w:val="28"/>
        </w:rPr>
        <w:t xml:space="preserve"> </w:t>
      </w:r>
      <w:proofErr w:type="spellStart"/>
      <w:r w:rsidRPr="007A055C">
        <w:rPr>
          <w:szCs w:val="28"/>
        </w:rPr>
        <w:t>ish</w:t>
      </w:r>
      <w:proofErr w:type="spellEnd"/>
      <w:r w:rsidRPr="007A055C">
        <w:rPr>
          <w:szCs w:val="28"/>
        </w:rPr>
        <w:t xml:space="preserve"> </w:t>
      </w:r>
      <w:proofErr w:type="spellStart"/>
      <w:r w:rsidRPr="007A055C">
        <w:rPr>
          <w:szCs w:val="28"/>
        </w:rPr>
        <w:t>hujjatlari</w:t>
      </w:r>
      <w:proofErr w:type="spellEnd"/>
      <w:r w:rsidRPr="007A055C">
        <w:rPr>
          <w:szCs w:val="28"/>
        </w:rPr>
        <w:t xml:space="preserve"> </w:t>
      </w:r>
      <w:proofErr w:type="spellStart"/>
      <w:r w:rsidRPr="007A055C">
        <w:rPr>
          <w:szCs w:val="28"/>
        </w:rPr>
        <w:t>sun’iy</w:t>
      </w:r>
      <w:proofErr w:type="spellEnd"/>
      <w:r w:rsidRPr="007A055C">
        <w:rPr>
          <w:szCs w:val="28"/>
        </w:rPr>
        <w:t xml:space="preserve"> </w:t>
      </w:r>
      <w:proofErr w:type="spellStart"/>
      <w:r w:rsidRPr="007A055C">
        <w:rPr>
          <w:szCs w:val="28"/>
        </w:rPr>
        <w:t>intellekt</w:t>
      </w:r>
      <w:proofErr w:type="spellEnd"/>
      <w:r w:rsidRPr="007A055C">
        <w:rPr>
          <w:szCs w:val="28"/>
        </w:rPr>
        <w:t xml:space="preserve"> </w:t>
      </w:r>
      <w:proofErr w:type="spellStart"/>
      <w:r w:rsidRPr="007A055C">
        <w:rPr>
          <w:szCs w:val="28"/>
        </w:rPr>
        <w:t>yordamida</w:t>
      </w:r>
      <w:proofErr w:type="spellEnd"/>
      <w:r w:rsidRPr="007A055C">
        <w:rPr>
          <w:szCs w:val="28"/>
        </w:rPr>
        <w:t xml:space="preserve"> </w:t>
      </w:r>
      <w:proofErr w:type="spellStart"/>
      <w:r w:rsidRPr="007A055C">
        <w:rPr>
          <w:szCs w:val="28"/>
        </w:rPr>
        <w:t>tahlil</w:t>
      </w:r>
      <w:proofErr w:type="spellEnd"/>
      <w:r w:rsidRPr="007A055C">
        <w:rPr>
          <w:szCs w:val="28"/>
        </w:rPr>
        <w:t xml:space="preserve"> </w:t>
      </w:r>
      <w:proofErr w:type="spellStart"/>
      <w:r w:rsidRPr="007A055C">
        <w:rPr>
          <w:szCs w:val="28"/>
        </w:rPr>
        <w:t>qilinganligi</w:t>
      </w:r>
      <w:proofErr w:type="spellEnd"/>
      <w:r w:rsidRPr="007A055C">
        <w:rPr>
          <w:szCs w:val="28"/>
        </w:rPr>
        <w:t xml:space="preserve">, </w:t>
      </w:r>
      <w:proofErr w:type="spellStart"/>
      <w:r w:rsidRPr="007A055C">
        <w:rPr>
          <w:szCs w:val="28"/>
        </w:rPr>
        <w:t>yoki</w:t>
      </w:r>
      <w:proofErr w:type="spellEnd"/>
      <w:r w:rsidRPr="007A055C">
        <w:rPr>
          <w:szCs w:val="28"/>
        </w:rPr>
        <w:t xml:space="preserve"> </w:t>
      </w:r>
      <w:proofErr w:type="spellStart"/>
      <w:r w:rsidRPr="007A055C">
        <w:rPr>
          <w:szCs w:val="28"/>
        </w:rPr>
        <w:t>muayyan</w:t>
      </w:r>
      <w:proofErr w:type="spellEnd"/>
      <w:r w:rsidRPr="007A055C">
        <w:rPr>
          <w:szCs w:val="28"/>
        </w:rPr>
        <w:t xml:space="preserve"> </w:t>
      </w:r>
      <w:proofErr w:type="spellStart"/>
      <w:r w:rsidRPr="007A055C">
        <w:rPr>
          <w:szCs w:val="28"/>
        </w:rPr>
        <w:t>protsessual</w:t>
      </w:r>
      <w:proofErr w:type="spellEnd"/>
      <w:r w:rsidRPr="007A055C">
        <w:rPr>
          <w:szCs w:val="28"/>
        </w:rPr>
        <w:t xml:space="preserve"> </w:t>
      </w:r>
      <w:proofErr w:type="spellStart"/>
      <w:r w:rsidRPr="007A055C">
        <w:rPr>
          <w:szCs w:val="28"/>
        </w:rPr>
        <w:t>harakatlarda</w:t>
      </w:r>
      <w:proofErr w:type="spellEnd"/>
      <w:r w:rsidRPr="007A055C">
        <w:rPr>
          <w:szCs w:val="28"/>
        </w:rPr>
        <w:t xml:space="preserve"> SI </w:t>
      </w:r>
      <w:proofErr w:type="spellStart"/>
      <w:r w:rsidRPr="007A055C">
        <w:rPr>
          <w:szCs w:val="28"/>
        </w:rPr>
        <w:t>texnologiyalaridan</w:t>
      </w:r>
      <w:proofErr w:type="spellEnd"/>
      <w:r w:rsidRPr="007A055C">
        <w:rPr>
          <w:szCs w:val="28"/>
        </w:rPr>
        <w:t xml:space="preserve"> </w:t>
      </w:r>
      <w:proofErr w:type="spellStart"/>
      <w:r w:rsidRPr="007A055C">
        <w:rPr>
          <w:szCs w:val="28"/>
        </w:rPr>
        <w:t>foydalanilganligi</w:t>
      </w:r>
      <w:proofErr w:type="spellEnd"/>
      <w:r w:rsidRPr="007A055C">
        <w:rPr>
          <w:szCs w:val="28"/>
        </w:rPr>
        <w:t xml:space="preserve"> </w:t>
      </w:r>
      <w:proofErr w:type="spellStart"/>
      <w:r w:rsidRPr="007A055C">
        <w:rPr>
          <w:szCs w:val="28"/>
        </w:rPr>
        <w:t>haqida</w:t>
      </w:r>
      <w:proofErr w:type="spellEnd"/>
      <w:r w:rsidRPr="007A055C">
        <w:rPr>
          <w:szCs w:val="28"/>
        </w:rPr>
        <w:t xml:space="preserve"> </w:t>
      </w:r>
      <w:proofErr w:type="spellStart"/>
      <w:r w:rsidRPr="007A055C">
        <w:rPr>
          <w:szCs w:val="28"/>
        </w:rPr>
        <w:t>oldindan</w:t>
      </w:r>
      <w:proofErr w:type="spellEnd"/>
      <w:r w:rsidRPr="007A055C">
        <w:rPr>
          <w:szCs w:val="28"/>
        </w:rPr>
        <w:t xml:space="preserve"> </w:t>
      </w:r>
      <w:proofErr w:type="spellStart"/>
      <w:r w:rsidRPr="007A055C">
        <w:rPr>
          <w:szCs w:val="28"/>
        </w:rPr>
        <w:t>ogohlantirilishi</w:t>
      </w:r>
      <w:proofErr w:type="spellEnd"/>
      <w:r w:rsidRPr="007A055C">
        <w:rPr>
          <w:szCs w:val="28"/>
        </w:rPr>
        <w:t xml:space="preserve"> </w:t>
      </w:r>
      <w:proofErr w:type="spellStart"/>
      <w:r w:rsidRPr="007A055C">
        <w:rPr>
          <w:szCs w:val="28"/>
        </w:rPr>
        <w:t>zarur</w:t>
      </w:r>
      <w:proofErr w:type="spellEnd"/>
      <w:r w:rsidRPr="007A055C">
        <w:rPr>
          <w:szCs w:val="28"/>
        </w:rPr>
        <w:t xml:space="preserve">. Bu </w:t>
      </w:r>
      <w:proofErr w:type="spellStart"/>
      <w:r w:rsidRPr="007A055C">
        <w:rPr>
          <w:szCs w:val="28"/>
        </w:rPr>
        <w:t>nafaqat</w:t>
      </w:r>
      <w:proofErr w:type="spellEnd"/>
      <w:r w:rsidRPr="007A055C">
        <w:rPr>
          <w:szCs w:val="28"/>
        </w:rPr>
        <w:t xml:space="preserve"> </w:t>
      </w:r>
      <w:proofErr w:type="spellStart"/>
      <w:r w:rsidRPr="007A055C">
        <w:rPr>
          <w:szCs w:val="28"/>
        </w:rPr>
        <w:t>shaffoflikni</w:t>
      </w:r>
      <w:proofErr w:type="spellEnd"/>
      <w:r w:rsidRPr="007A055C">
        <w:rPr>
          <w:szCs w:val="28"/>
        </w:rPr>
        <w:t xml:space="preserve"> </w:t>
      </w:r>
      <w:proofErr w:type="spellStart"/>
      <w:r w:rsidRPr="007A055C">
        <w:rPr>
          <w:szCs w:val="28"/>
        </w:rPr>
        <w:t>ta’minlaydi</w:t>
      </w:r>
      <w:proofErr w:type="spellEnd"/>
      <w:r w:rsidRPr="007A055C">
        <w:rPr>
          <w:szCs w:val="28"/>
        </w:rPr>
        <w:t xml:space="preserve">, </w:t>
      </w:r>
      <w:proofErr w:type="spellStart"/>
      <w:r w:rsidRPr="007A055C">
        <w:rPr>
          <w:szCs w:val="28"/>
        </w:rPr>
        <w:t>balki</w:t>
      </w:r>
      <w:proofErr w:type="spellEnd"/>
      <w:r w:rsidRPr="007A055C">
        <w:rPr>
          <w:szCs w:val="28"/>
        </w:rPr>
        <w:t xml:space="preserve"> </w:t>
      </w:r>
      <w:proofErr w:type="spellStart"/>
      <w:r w:rsidRPr="007A055C">
        <w:rPr>
          <w:szCs w:val="28"/>
        </w:rPr>
        <w:t>taraflarning</w:t>
      </w:r>
      <w:proofErr w:type="spellEnd"/>
      <w:r w:rsidRPr="007A055C">
        <w:rPr>
          <w:szCs w:val="28"/>
        </w:rPr>
        <w:t xml:space="preserve"> </w:t>
      </w:r>
      <w:proofErr w:type="spellStart"/>
      <w:r w:rsidRPr="007A055C">
        <w:rPr>
          <w:szCs w:val="28"/>
        </w:rPr>
        <w:t>protsessual</w:t>
      </w:r>
      <w:proofErr w:type="spellEnd"/>
      <w:r w:rsidRPr="007A055C">
        <w:rPr>
          <w:szCs w:val="28"/>
        </w:rPr>
        <w:t xml:space="preserve"> </w:t>
      </w:r>
      <w:proofErr w:type="spellStart"/>
      <w:r w:rsidRPr="007A055C">
        <w:rPr>
          <w:szCs w:val="28"/>
        </w:rPr>
        <w:t>huquqlarini</w:t>
      </w:r>
      <w:proofErr w:type="spellEnd"/>
      <w:r w:rsidRPr="007A055C">
        <w:rPr>
          <w:szCs w:val="28"/>
        </w:rPr>
        <w:t xml:space="preserve"> </w:t>
      </w:r>
      <w:proofErr w:type="spellStart"/>
      <w:r w:rsidRPr="007A055C">
        <w:rPr>
          <w:szCs w:val="28"/>
        </w:rPr>
        <w:t>amalga</w:t>
      </w:r>
      <w:proofErr w:type="spellEnd"/>
      <w:r w:rsidRPr="007A055C">
        <w:rPr>
          <w:szCs w:val="28"/>
        </w:rPr>
        <w:t xml:space="preserve"> </w:t>
      </w:r>
      <w:proofErr w:type="spellStart"/>
      <w:r w:rsidRPr="007A055C">
        <w:rPr>
          <w:szCs w:val="28"/>
        </w:rPr>
        <w:t>oshirish</w:t>
      </w:r>
      <w:proofErr w:type="spellEnd"/>
      <w:r w:rsidRPr="007A055C">
        <w:rPr>
          <w:szCs w:val="28"/>
        </w:rPr>
        <w:t xml:space="preserve">, </w:t>
      </w:r>
      <w:proofErr w:type="spellStart"/>
      <w:r w:rsidRPr="007A055C">
        <w:rPr>
          <w:szCs w:val="28"/>
        </w:rPr>
        <w:t>xususan</w:t>
      </w:r>
      <w:proofErr w:type="spellEnd"/>
      <w:r w:rsidRPr="007A055C">
        <w:rPr>
          <w:szCs w:val="28"/>
        </w:rPr>
        <w:t xml:space="preserve">, </w:t>
      </w:r>
      <w:proofErr w:type="spellStart"/>
      <w:r w:rsidRPr="007A055C">
        <w:rPr>
          <w:szCs w:val="28"/>
        </w:rPr>
        <w:t>e’tiroz</w:t>
      </w:r>
      <w:proofErr w:type="spellEnd"/>
      <w:r w:rsidRPr="007A055C">
        <w:rPr>
          <w:szCs w:val="28"/>
        </w:rPr>
        <w:t xml:space="preserve"> </w:t>
      </w:r>
      <w:proofErr w:type="spellStart"/>
      <w:r w:rsidRPr="007A055C">
        <w:rPr>
          <w:szCs w:val="28"/>
        </w:rPr>
        <w:t>bildirish</w:t>
      </w:r>
      <w:proofErr w:type="spellEnd"/>
      <w:r w:rsidRPr="007A055C">
        <w:rPr>
          <w:szCs w:val="28"/>
        </w:rPr>
        <w:t xml:space="preserve"> </w:t>
      </w:r>
      <w:proofErr w:type="spellStart"/>
      <w:r w:rsidRPr="007A055C">
        <w:rPr>
          <w:szCs w:val="28"/>
        </w:rPr>
        <w:t>va</w:t>
      </w:r>
      <w:proofErr w:type="spellEnd"/>
      <w:r w:rsidRPr="007A055C">
        <w:rPr>
          <w:szCs w:val="28"/>
        </w:rPr>
        <w:t xml:space="preserve"> </w:t>
      </w:r>
      <w:proofErr w:type="spellStart"/>
      <w:r w:rsidRPr="007A055C">
        <w:rPr>
          <w:szCs w:val="28"/>
        </w:rPr>
        <w:t>tekshiruv</w:t>
      </w:r>
      <w:proofErr w:type="spellEnd"/>
      <w:r w:rsidRPr="007A055C">
        <w:rPr>
          <w:szCs w:val="28"/>
        </w:rPr>
        <w:t xml:space="preserve"> talab </w:t>
      </w:r>
      <w:proofErr w:type="spellStart"/>
      <w:r w:rsidRPr="007A055C">
        <w:rPr>
          <w:szCs w:val="28"/>
        </w:rPr>
        <w:t>qilish</w:t>
      </w:r>
      <w:proofErr w:type="spellEnd"/>
      <w:r w:rsidRPr="007A055C">
        <w:rPr>
          <w:szCs w:val="28"/>
        </w:rPr>
        <w:t xml:space="preserve"> </w:t>
      </w:r>
      <w:proofErr w:type="spellStart"/>
      <w:r w:rsidRPr="007A055C">
        <w:rPr>
          <w:szCs w:val="28"/>
        </w:rPr>
        <w:t>imkoniyatlarini</w:t>
      </w:r>
      <w:proofErr w:type="spellEnd"/>
      <w:r w:rsidRPr="007A055C">
        <w:rPr>
          <w:szCs w:val="28"/>
        </w:rPr>
        <w:t xml:space="preserve"> </w:t>
      </w:r>
      <w:proofErr w:type="spellStart"/>
      <w:r w:rsidRPr="007A055C">
        <w:rPr>
          <w:szCs w:val="28"/>
        </w:rPr>
        <w:t>kengaytiradi</w:t>
      </w:r>
      <w:proofErr w:type="spellEnd"/>
      <w:r w:rsidRPr="007A055C">
        <w:rPr>
          <w:szCs w:val="28"/>
        </w:rPr>
        <w:t xml:space="preserve">. </w:t>
      </w:r>
      <w:proofErr w:type="spellStart"/>
      <w:r w:rsidRPr="007A055C">
        <w:rPr>
          <w:szCs w:val="28"/>
        </w:rPr>
        <w:t>Mazkur</w:t>
      </w:r>
      <w:proofErr w:type="spellEnd"/>
      <w:r w:rsidRPr="007A055C">
        <w:rPr>
          <w:szCs w:val="28"/>
        </w:rPr>
        <w:t xml:space="preserve"> </w:t>
      </w:r>
      <w:proofErr w:type="spellStart"/>
      <w:r w:rsidRPr="007A055C">
        <w:rPr>
          <w:szCs w:val="28"/>
        </w:rPr>
        <w:t>yondashuv</w:t>
      </w:r>
      <w:proofErr w:type="spellEnd"/>
      <w:r w:rsidRPr="007A055C">
        <w:rPr>
          <w:szCs w:val="28"/>
        </w:rPr>
        <w:t xml:space="preserve"> “</w:t>
      </w:r>
      <w:proofErr w:type="spellStart"/>
      <w:r w:rsidRPr="007A055C">
        <w:rPr>
          <w:szCs w:val="28"/>
        </w:rPr>
        <w:t>axborotga</w:t>
      </w:r>
      <w:proofErr w:type="spellEnd"/>
      <w:r w:rsidRPr="007A055C">
        <w:rPr>
          <w:szCs w:val="28"/>
        </w:rPr>
        <w:t xml:space="preserve"> </w:t>
      </w:r>
      <w:proofErr w:type="spellStart"/>
      <w:r w:rsidRPr="007A055C">
        <w:rPr>
          <w:szCs w:val="28"/>
        </w:rPr>
        <w:t>egalik</w:t>
      </w:r>
      <w:proofErr w:type="spellEnd"/>
      <w:r w:rsidRPr="007A055C">
        <w:rPr>
          <w:szCs w:val="28"/>
        </w:rPr>
        <w:t xml:space="preserve"> </w:t>
      </w:r>
      <w:proofErr w:type="spellStart"/>
      <w:r w:rsidRPr="007A055C">
        <w:rPr>
          <w:szCs w:val="28"/>
        </w:rPr>
        <w:t>huquqi</w:t>
      </w:r>
      <w:proofErr w:type="spellEnd"/>
      <w:r w:rsidRPr="007A055C">
        <w:rPr>
          <w:szCs w:val="28"/>
        </w:rPr>
        <w:t xml:space="preserve">” </w:t>
      </w:r>
      <w:proofErr w:type="spellStart"/>
      <w:r w:rsidRPr="007A055C">
        <w:rPr>
          <w:szCs w:val="28"/>
        </w:rPr>
        <w:t>va</w:t>
      </w:r>
      <w:proofErr w:type="spellEnd"/>
      <w:r w:rsidRPr="007A055C">
        <w:rPr>
          <w:szCs w:val="28"/>
        </w:rPr>
        <w:t xml:space="preserve"> “</w:t>
      </w:r>
      <w:proofErr w:type="spellStart"/>
      <w:r w:rsidRPr="007A055C">
        <w:rPr>
          <w:szCs w:val="28"/>
        </w:rPr>
        <w:t>protsessual</w:t>
      </w:r>
      <w:proofErr w:type="spellEnd"/>
      <w:r w:rsidRPr="007A055C">
        <w:rPr>
          <w:szCs w:val="28"/>
        </w:rPr>
        <w:t xml:space="preserve"> </w:t>
      </w:r>
      <w:proofErr w:type="spellStart"/>
      <w:r w:rsidRPr="007A055C">
        <w:rPr>
          <w:szCs w:val="28"/>
        </w:rPr>
        <w:t>tenglik</w:t>
      </w:r>
      <w:proofErr w:type="spellEnd"/>
      <w:r w:rsidRPr="007A055C">
        <w:rPr>
          <w:szCs w:val="28"/>
        </w:rPr>
        <w:t xml:space="preserve">” </w:t>
      </w:r>
      <w:proofErr w:type="spellStart"/>
      <w:r w:rsidRPr="007A055C">
        <w:rPr>
          <w:szCs w:val="28"/>
        </w:rPr>
        <w:t>prinsiplarini</w:t>
      </w:r>
      <w:proofErr w:type="spellEnd"/>
      <w:r w:rsidRPr="007A055C">
        <w:rPr>
          <w:szCs w:val="28"/>
        </w:rPr>
        <w:t xml:space="preserve"> </w:t>
      </w:r>
      <w:proofErr w:type="spellStart"/>
      <w:r w:rsidRPr="007A055C">
        <w:rPr>
          <w:szCs w:val="28"/>
        </w:rPr>
        <w:t>zamonaviy</w:t>
      </w:r>
      <w:proofErr w:type="spellEnd"/>
      <w:r w:rsidRPr="007A055C">
        <w:rPr>
          <w:szCs w:val="28"/>
        </w:rPr>
        <w:t xml:space="preserve"> </w:t>
      </w:r>
      <w:proofErr w:type="spellStart"/>
      <w:r w:rsidRPr="007A055C">
        <w:rPr>
          <w:szCs w:val="28"/>
        </w:rPr>
        <w:t>texnologik</w:t>
      </w:r>
      <w:proofErr w:type="spellEnd"/>
      <w:r w:rsidRPr="007A055C">
        <w:rPr>
          <w:szCs w:val="28"/>
        </w:rPr>
        <w:t xml:space="preserve"> </w:t>
      </w:r>
      <w:proofErr w:type="spellStart"/>
      <w:r w:rsidRPr="007A055C">
        <w:rPr>
          <w:szCs w:val="28"/>
        </w:rPr>
        <w:t>muhitga</w:t>
      </w:r>
      <w:proofErr w:type="spellEnd"/>
      <w:r w:rsidRPr="007A055C">
        <w:rPr>
          <w:szCs w:val="28"/>
        </w:rPr>
        <w:t xml:space="preserve"> </w:t>
      </w:r>
      <w:proofErr w:type="spellStart"/>
      <w:r w:rsidRPr="007A055C">
        <w:rPr>
          <w:szCs w:val="28"/>
        </w:rPr>
        <w:t>moslashtirishga</w:t>
      </w:r>
      <w:proofErr w:type="spellEnd"/>
      <w:r w:rsidRPr="007A055C">
        <w:rPr>
          <w:szCs w:val="28"/>
        </w:rPr>
        <w:t xml:space="preserve"> </w:t>
      </w:r>
      <w:proofErr w:type="spellStart"/>
      <w:r w:rsidRPr="007A055C">
        <w:rPr>
          <w:szCs w:val="28"/>
        </w:rPr>
        <w:t>xizmat</w:t>
      </w:r>
      <w:proofErr w:type="spellEnd"/>
      <w:r w:rsidRPr="007A055C">
        <w:rPr>
          <w:szCs w:val="28"/>
        </w:rPr>
        <w:t xml:space="preserve"> </w:t>
      </w:r>
      <w:proofErr w:type="spellStart"/>
      <w:r w:rsidRPr="007A055C">
        <w:rPr>
          <w:szCs w:val="28"/>
        </w:rPr>
        <w:t>qiladi</w:t>
      </w:r>
      <w:proofErr w:type="spellEnd"/>
      <w:r w:rsidRPr="007A055C">
        <w:rPr>
          <w:szCs w:val="28"/>
        </w:rPr>
        <w:t>.</w:t>
      </w:r>
    </w:p>
    <w:p w14:paraId="76CEAABD" w14:textId="77777777" w:rsidR="00B42F59" w:rsidRPr="00B42F59" w:rsidRDefault="00B42F59" w:rsidP="00B42F59"/>
    <w:p w14:paraId="64093D81" w14:textId="77777777" w:rsidR="001C37C7" w:rsidRPr="000A5D26" w:rsidRDefault="00000000" w:rsidP="00B42F59">
      <w:pPr>
        <w:spacing w:after="0" w:line="360" w:lineRule="auto"/>
        <w:jc w:val="center"/>
        <w:rPr>
          <w:b/>
          <w:bCs/>
          <w:szCs w:val="28"/>
        </w:rPr>
      </w:pPr>
      <w:proofErr w:type="spellStart"/>
      <w:r w:rsidRPr="000A5D26">
        <w:rPr>
          <w:b/>
          <w:bCs/>
          <w:szCs w:val="28"/>
        </w:rPr>
        <w:t>Foydalanilgan</w:t>
      </w:r>
      <w:proofErr w:type="spellEnd"/>
      <w:r w:rsidRPr="000A5D26">
        <w:rPr>
          <w:b/>
          <w:bCs/>
          <w:szCs w:val="28"/>
        </w:rPr>
        <w:t xml:space="preserve"> </w:t>
      </w:r>
      <w:proofErr w:type="spellStart"/>
      <w:r w:rsidRPr="000A5D26">
        <w:rPr>
          <w:b/>
          <w:bCs/>
          <w:szCs w:val="28"/>
        </w:rPr>
        <w:t>adabiyotlar</w:t>
      </w:r>
      <w:proofErr w:type="spellEnd"/>
      <w:r w:rsidRPr="000A5D26">
        <w:rPr>
          <w:b/>
          <w:bCs/>
          <w:szCs w:val="28"/>
        </w:rPr>
        <w:t xml:space="preserve"> </w:t>
      </w:r>
      <w:proofErr w:type="spellStart"/>
      <w:proofErr w:type="gramStart"/>
      <w:r w:rsidRPr="000A5D26">
        <w:rPr>
          <w:b/>
          <w:bCs/>
          <w:szCs w:val="28"/>
        </w:rPr>
        <w:t>ro‘</w:t>
      </w:r>
      <w:proofErr w:type="gramEnd"/>
      <w:r w:rsidRPr="000A5D26">
        <w:rPr>
          <w:b/>
          <w:bCs/>
          <w:szCs w:val="28"/>
        </w:rPr>
        <w:t>yxati</w:t>
      </w:r>
      <w:proofErr w:type="spellEnd"/>
    </w:p>
    <w:p w14:paraId="4CA3B9B9" w14:textId="77777777" w:rsidR="00B42F59" w:rsidRPr="000A5D26" w:rsidRDefault="00B42F59" w:rsidP="00B42F59">
      <w:pPr>
        <w:spacing w:after="0" w:line="360" w:lineRule="auto"/>
        <w:jc w:val="center"/>
        <w:rPr>
          <w:b/>
          <w:bCs/>
          <w:szCs w:val="28"/>
        </w:rPr>
      </w:pPr>
    </w:p>
    <w:p w14:paraId="518960B1" w14:textId="77777777" w:rsidR="001C37C7" w:rsidRPr="00B42F59" w:rsidRDefault="00000000" w:rsidP="000A5D26">
      <w:pPr>
        <w:spacing w:after="0" w:line="360" w:lineRule="auto"/>
        <w:ind w:firstLine="720"/>
        <w:jc w:val="both"/>
        <w:rPr>
          <w:szCs w:val="28"/>
        </w:rPr>
      </w:pPr>
      <w:r w:rsidRPr="00B42F59">
        <w:rPr>
          <w:szCs w:val="28"/>
        </w:rPr>
        <w:t>1. European Commission for the Efficiency of Justice (CEPEJ). European Ethical Charter on the Use of Artificial Intelligence in Judicial Systems and their Environment. Strasbourg: Council of Europe Publishing, 2018. 16 p.</w:t>
      </w:r>
    </w:p>
    <w:p w14:paraId="1E4F568C" w14:textId="77777777" w:rsidR="001C37C7" w:rsidRPr="00B42F59" w:rsidRDefault="00000000" w:rsidP="000A5D26">
      <w:pPr>
        <w:spacing w:after="0" w:line="360" w:lineRule="auto"/>
        <w:ind w:firstLine="720"/>
        <w:jc w:val="both"/>
        <w:rPr>
          <w:szCs w:val="28"/>
        </w:rPr>
      </w:pPr>
      <w:r w:rsidRPr="00B42F59">
        <w:rPr>
          <w:szCs w:val="28"/>
        </w:rPr>
        <w:t>2. Surden H. Machine Learning and Law. Washington Law Review. Seattle: University of Washington School of Law, 2014. Vol. 89, No. 1. P. 87–115.</w:t>
      </w:r>
    </w:p>
    <w:p w14:paraId="64B7F014" w14:textId="77777777" w:rsidR="001C37C7" w:rsidRPr="00B42F59" w:rsidRDefault="00000000" w:rsidP="000A5D26">
      <w:pPr>
        <w:spacing w:after="0" w:line="360" w:lineRule="auto"/>
        <w:ind w:firstLine="720"/>
        <w:jc w:val="both"/>
        <w:rPr>
          <w:szCs w:val="28"/>
        </w:rPr>
      </w:pPr>
      <w:r w:rsidRPr="00B42F59">
        <w:rPr>
          <w:szCs w:val="28"/>
        </w:rPr>
        <w:t>3. Barocas S., Selbst A. D. Big Data’s Disparate Impact. California Law Review. Berkeley: University of California, Berkeley, School of Law, 2016. Vol. 104, No. 3. P. 671–732.</w:t>
      </w:r>
    </w:p>
    <w:p w14:paraId="7F822A72" w14:textId="77777777" w:rsidR="001C37C7" w:rsidRPr="00B42F59" w:rsidRDefault="00000000" w:rsidP="000A5D26">
      <w:pPr>
        <w:spacing w:after="0" w:line="360" w:lineRule="auto"/>
        <w:ind w:firstLine="720"/>
        <w:jc w:val="both"/>
        <w:rPr>
          <w:szCs w:val="28"/>
          <w:lang w:val="ru-RU"/>
        </w:rPr>
      </w:pPr>
      <w:r w:rsidRPr="00B42F59">
        <w:rPr>
          <w:szCs w:val="28"/>
        </w:rPr>
        <w:t xml:space="preserve">4. Азизов Ш. А. Рақамли ҳуқуқ: назария ва амалиёт масалалари. </w:t>
      </w:r>
      <w:proofErr w:type="spellStart"/>
      <w:r w:rsidRPr="00B42F59">
        <w:rPr>
          <w:szCs w:val="28"/>
          <w:lang w:val="ru-RU"/>
        </w:rPr>
        <w:t>Тошкент</w:t>
      </w:r>
      <w:proofErr w:type="spellEnd"/>
      <w:r w:rsidRPr="00B42F59">
        <w:rPr>
          <w:szCs w:val="28"/>
          <w:lang w:val="ru-RU"/>
        </w:rPr>
        <w:t xml:space="preserve">: </w:t>
      </w:r>
      <w:r w:rsidRPr="00B42F59">
        <w:rPr>
          <w:szCs w:val="28"/>
        </w:rPr>
        <w:t>TDYU</w:t>
      </w:r>
      <w:r w:rsidRPr="00B42F59">
        <w:rPr>
          <w:szCs w:val="28"/>
          <w:lang w:val="ru-RU"/>
        </w:rPr>
        <w:t xml:space="preserve"> </w:t>
      </w:r>
      <w:proofErr w:type="spellStart"/>
      <w:r w:rsidRPr="00B42F59">
        <w:rPr>
          <w:szCs w:val="28"/>
          <w:lang w:val="ru-RU"/>
        </w:rPr>
        <w:t>нашриёти</w:t>
      </w:r>
      <w:proofErr w:type="spellEnd"/>
      <w:r w:rsidRPr="00B42F59">
        <w:rPr>
          <w:szCs w:val="28"/>
          <w:lang w:val="ru-RU"/>
        </w:rPr>
        <w:t>, 2021. 248 б.</w:t>
      </w:r>
    </w:p>
    <w:p w14:paraId="3FA348EE" w14:textId="77777777" w:rsidR="001C37C7" w:rsidRPr="00B42F59" w:rsidRDefault="00000000" w:rsidP="000A5D26">
      <w:pPr>
        <w:spacing w:after="0" w:line="360" w:lineRule="auto"/>
        <w:ind w:firstLine="720"/>
        <w:jc w:val="both"/>
        <w:rPr>
          <w:szCs w:val="28"/>
          <w:lang w:val="ru-RU"/>
        </w:rPr>
      </w:pPr>
      <w:r w:rsidRPr="00B42F59">
        <w:rPr>
          <w:szCs w:val="28"/>
          <w:lang w:val="ru-RU"/>
        </w:rPr>
        <w:t>5. Наумов В. Б. Право и искусственный интеллект: проблемы теории и практики. Москва: Норма, 2020. 320 с.</w:t>
      </w:r>
    </w:p>
    <w:p w14:paraId="08EBB0F4" w14:textId="3E962DB3" w:rsidR="00B42F59" w:rsidRPr="00B42F59" w:rsidRDefault="00000000" w:rsidP="000A5D26">
      <w:pPr>
        <w:spacing w:after="0" w:line="360" w:lineRule="auto"/>
        <w:ind w:firstLine="720"/>
        <w:jc w:val="both"/>
        <w:rPr>
          <w:szCs w:val="28"/>
        </w:rPr>
      </w:pPr>
      <w:r w:rsidRPr="00B42F59">
        <w:rPr>
          <w:szCs w:val="28"/>
          <w:lang w:val="ru-RU"/>
        </w:rPr>
        <w:t xml:space="preserve">6. </w:t>
      </w:r>
      <w:r w:rsidRPr="00B42F59">
        <w:rPr>
          <w:szCs w:val="28"/>
        </w:rPr>
        <w:t>Karimov</w:t>
      </w:r>
      <w:r w:rsidRPr="00B42F59">
        <w:rPr>
          <w:szCs w:val="28"/>
          <w:lang w:val="ru-RU"/>
        </w:rPr>
        <w:t xml:space="preserve"> </w:t>
      </w:r>
      <w:r w:rsidRPr="00B42F59">
        <w:rPr>
          <w:szCs w:val="28"/>
        </w:rPr>
        <w:t>B</w:t>
      </w:r>
      <w:r w:rsidRPr="00B42F59">
        <w:rPr>
          <w:szCs w:val="28"/>
          <w:lang w:val="ru-RU"/>
        </w:rPr>
        <w:t xml:space="preserve">. </w:t>
      </w:r>
      <w:r w:rsidRPr="00B42F59">
        <w:rPr>
          <w:szCs w:val="28"/>
        </w:rPr>
        <w:t>O</w:t>
      </w:r>
      <w:r w:rsidRPr="00B42F59">
        <w:rPr>
          <w:szCs w:val="28"/>
          <w:lang w:val="ru-RU"/>
        </w:rPr>
        <w:t xml:space="preserve">. </w:t>
      </w:r>
      <w:r w:rsidRPr="00B42F59">
        <w:rPr>
          <w:szCs w:val="28"/>
        </w:rPr>
        <w:t>Sud</w:t>
      </w:r>
      <w:r w:rsidRPr="00B42F59">
        <w:rPr>
          <w:szCs w:val="28"/>
          <w:lang w:val="ru-RU"/>
        </w:rPr>
        <w:t>-</w:t>
      </w:r>
      <w:proofErr w:type="spellStart"/>
      <w:r w:rsidRPr="00B42F59">
        <w:rPr>
          <w:szCs w:val="28"/>
        </w:rPr>
        <w:t>huquq</w:t>
      </w:r>
      <w:proofErr w:type="spellEnd"/>
      <w:r w:rsidRPr="00B42F59">
        <w:rPr>
          <w:szCs w:val="28"/>
          <w:lang w:val="ru-RU"/>
        </w:rPr>
        <w:t xml:space="preserve"> </w:t>
      </w:r>
      <w:proofErr w:type="spellStart"/>
      <w:r w:rsidRPr="00B42F59">
        <w:rPr>
          <w:szCs w:val="28"/>
        </w:rPr>
        <w:t>tizimini</w:t>
      </w:r>
      <w:proofErr w:type="spellEnd"/>
      <w:r w:rsidRPr="00B42F59">
        <w:rPr>
          <w:szCs w:val="28"/>
          <w:lang w:val="ru-RU"/>
        </w:rPr>
        <w:t xml:space="preserve"> </w:t>
      </w:r>
      <w:proofErr w:type="spellStart"/>
      <w:r w:rsidRPr="00B42F59">
        <w:rPr>
          <w:szCs w:val="28"/>
        </w:rPr>
        <w:t>raqamlashtirishning</w:t>
      </w:r>
      <w:proofErr w:type="spellEnd"/>
      <w:r w:rsidRPr="00B42F59">
        <w:rPr>
          <w:szCs w:val="28"/>
          <w:lang w:val="ru-RU"/>
        </w:rPr>
        <w:t xml:space="preserve"> </w:t>
      </w:r>
      <w:proofErr w:type="spellStart"/>
      <w:r w:rsidRPr="00B42F59">
        <w:rPr>
          <w:szCs w:val="28"/>
        </w:rPr>
        <w:t>tashkiliy</w:t>
      </w:r>
      <w:proofErr w:type="spellEnd"/>
      <w:r w:rsidRPr="00B42F59">
        <w:rPr>
          <w:szCs w:val="28"/>
          <w:lang w:val="ru-RU"/>
        </w:rPr>
        <w:t>-</w:t>
      </w:r>
      <w:proofErr w:type="spellStart"/>
      <w:r w:rsidRPr="00B42F59">
        <w:rPr>
          <w:szCs w:val="28"/>
        </w:rPr>
        <w:t>huquqiy</w:t>
      </w:r>
      <w:proofErr w:type="spellEnd"/>
      <w:r w:rsidRPr="00B42F59">
        <w:rPr>
          <w:szCs w:val="28"/>
          <w:lang w:val="ru-RU"/>
        </w:rPr>
        <w:t xml:space="preserve"> </w:t>
      </w:r>
      <w:proofErr w:type="spellStart"/>
      <w:r w:rsidRPr="00B42F59">
        <w:rPr>
          <w:szCs w:val="28"/>
        </w:rPr>
        <w:t>asoslari</w:t>
      </w:r>
      <w:proofErr w:type="spellEnd"/>
      <w:r w:rsidRPr="00B42F59">
        <w:rPr>
          <w:szCs w:val="28"/>
          <w:lang w:val="ru-RU"/>
        </w:rPr>
        <w:t xml:space="preserve">. </w:t>
      </w:r>
      <w:r w:rsidRPr="00B42F59">
        <w:rPr>
          <w:szCs w:val="28"/>
        </w:rPr>
        <w:t xml:space="preserve">Toshkent: </w:t>
      </w:r>
      <w:proofErr w:type="spellStart"/>
      <w:r w:rsidRPr="00B42F59">
        <w:rPr>
          <w:szCs w:val="28"/>
        </w:rPr>
        <w:t>Yuridik</w:t>
      </w:r>
      <w:proofErr w:type="spellEnd"/>
      <w:r w:rsidRPr="00B42F59">
        <w:rPr>
          <w:szCs w:val="28"/>
        </w:rPr>
        <w:t xml:space="preserve"> </w:t>
      </w:r>
      <w:proofErr w:type="spellStart"/>
      <w:r w:rsidRPr="00B42F59">
        <w:rPr>
          <w:szCs w:val="28"/>
        </w:rPr>
        <w:t>adabiyotlar</w:t>
      </w:r>
      <w:proofErr w:type="spellEnd"/>
      <w:r w:rsidRPr="00B42F59">
        <w:rPr>
          <w:szCs w:val="28"/>
        </w:rPr>
        <w:t xml:space="preserve"> </w:t>
      </w:r>
      <w:proofErr w:type="spellStart"/>
      <w:r w:rsidRPr="00B42F59">
        <w:rPr>
          <w:szCs w:val="28"/>
        </w:rPr>
        <w:t>nashriyoti</w:t>
      </w:r>
      <w:proofErr w:type="spellEnd"/>
      <w:r w:rsidRPr="00B42F59">
        <w:rPr>
          <w:szCs w:val="28"/>
        </w:rPr>
        <w:t>, 2022. 200 b.</w:t>
      </w:r>
    </w:p>
    <w:p w14:paraId="0F357E4F" w14:textId="77777777" w:rsidR="00B42F59" w:rsidRPr="00B42F59" w:rsidRDefault="00B42F59">
      <w:pPr>
        <w:spacing w:after="0" w:line="360" w:lineRule="auto"/>
        <w:jc w:val="both"/>
        <w:rPr>
          <w:szCs w:val="28"/>
        </w:rPr>
      </w:pPr>
    </w:p>
    <w:sectPr w:rsidR="00B42F59" w:rsidRPr="00B42F59" w:rsidSect="00B42F59">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2132821454">
    <w:abstractNumId w:val="8"/>
  </w:num>
  <w:num w:numId="2" w16cid:durableId="876548874">
    <w:abstractNumId w:val="6"/>
  </w:num>
  <w:num w:numId="3" w16cid:durableId="468939148">
    <w:abstractNumId w:val="5"/>
  </w:num>
  <w:num w:numId="4" w16cid:durableId="852841303">
    <w:abstractNumId w:val="4"/>
  </w:num>
  <w:num w:numId="5" w16cid:durableId="1343824130">
    <w:abstractNumId w:val="7"/>
  </w:num>
  <w:num w:numId="6" w16cid:durableId="1290819060">
    <w:abstractNumId w:val="3"/>
  </w:num>
  <w:num w:numId="7" w16cid:durableId="1649818337">
    <w:abstractNumId w:val="2"/>
  </w:num>
  <w:num w:numId="8" w16cid:durableId="186673793">
    <w:abstractNumId w:val="1"/>
  </w:num>
  <w:num w:numId="9" w16cid:durableId="104931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5D26"/>
    <w:rsid w:val="000B5B2C"/>
    <w:rsid w:val="0015074B"/>
    <w:rsid w:val="001C37C7"/>
    <w:rsid w:val="002748A8"/>
    <w:rsid w:val="0029639D"/>
    <w:rsid w:val="00326F90"/>
    <w:rsid w:val="007A055C"/>
    <w:rsid w:val="00AA1D8D"/>
    <w:rsid w:val="00B42F59"/>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356BA3"/>
  <w14:defaultImageDpi w14:val="300"/>
  <w15:docId w15:val="{88338BE3-F160-4651-BE69-33FA29903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eastAsia="Times New Roman" w:hAnsi="Times New Roman" w:cs="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2100</Words>
  <Characters>11976</Characters>
  <Application>Microsoft Office Word</Application>
  <DocSecurity>0</DocSecurity>
  <Lines>99</Lines>
  <Paragraphs>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14048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Пользователь</cp:lastModifiedBy>
  <cp:revision>2</cp:revision>
  <dcterms:created xsi:type="dcterms:W3CDTF">2026-04-15T08:00:00Z</dcterms:created>
  <dcterms:modified xsi:type="dcterms:W3CDTF">2026-04-15T08:00:00Z</dcterms:modified>
  <cp:category/>
</cp:coreProperties>
</file>